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Exercices de lecture à voix haute pour améliorer votre articulation</w:t>
      </w:r>
    </w:p>
    <w:p>
      <w:r>
        <w:t>Ces exercices pratiques vous aideront à améliorer votre articulation, votre diction et votre confiance lors de la lecture à voix haute. Ils sont conçus pour être réalisés seul ou en groupe, avec des textes courts et des consignes claires.</w:t>
      </w:r>
    </w:p>
    <w:p>
      <w:r>
        <w:rPr>
          <w:b/>
        </w:rPr>
        <w:t>Ces exercices sont à titre indicatif. Si vous avez des difficultés particulières de prononciation, consultez un orthophoniste ou un professionnel de la voix.</w:t>
      </w:r>
    </w:p>
    <w:p>
      <w:pPr>
        <w:pStyle w:val="Heading1"/>
      </w:pPr>
      <w:r>
        <w:t>Mode d'emploi</w:t>
      </w:r>
    </w:p>
    <w:p>
      <w:pPr>
        <w:pStyle w:val="ListNumber"/>
      </w:pPr>
      <w:r>
        <w:t>Commencez par un échauffement vocal : détendez votre mâchoire, faites des bâillements, puis fredonnez quelques notes.</w:t>
      </w:r>
    </w:p>
    <w:p>
      <w:pPr>
        <w:pStyle w:val="ListNumber"/>
      </w:pPr>
      <w:r>
        <w:t>Pratiquez des virelangues pour travailler l'articulation. Répétez chaque virelangue lentement, puis accélérez progressivement.</w:t>
      </w:r>
    </w:p>
    <w:p>
      <w:pPr>
        <w:pStyle w:val="ListNumber"/>
      </w:pPr>
      <w:r>
        <w:t>Lisez un texte court à voix haute en exagérant les intonations et en articulant chaque syllabe.</w:t>
      </w:r>
    </w:p>
    <w:p>
      <w:pPr>
        <w:pStyle w:val="ListNumber"/>
      </w:pPr>
      <w:r>
        <w:t>Enregistrez-vous pour vous écouter et identifier les points à améliorer.</w:t>
      </w:r>
    </w:p>
    <w:p>
      <w:pPr>
        <w:pStyle w:val="ListNumber"/>
      </w:pPr>
      <w:r>
        <w:t>Répétez l'exercice avec un texte plus long, en variant le débit et le volume.</w:t>
      </w:r>
    </w:p>
    <w:p>
      <w:pPr>
        <w:pStyle w:val="Heading1"/>
      </w:pPr>
      <w:r>
        <w:t>Échauffements vocaux</w:t>
      </w:r>
    </w:p>
    <w:p>
      <w:r>
        <w:t>Avant de lire, échauffez votre voix : 1) Massez doucement votre gorge et votre mâchoire. 2) Faites des sons de sirène (montée et descente). 3) Prononcez les voyelles en exagérant l'ouverture de la bouche : A, E, I, O, U. 4) Répétez des syllabes comme 'ma-me-mi-mo-mu' en articulant.</w:t>
      </w:r>
    </w:p>
    <w:p>
      <w:pPr>
        <w:pStyle w:val="Heading1"/>
      </w:pPr>
      <w:r>
        <w:t>Virelangues pour l'articulation</w:t>
      </w:r>
    </w:p>
    <w:p>
      <w:r>
        <w:t>Voici quelques virelangues classiques : 'Les chaussettes de l'archiduchesse, sont-elles sèches ? Archi-sèches !' ; 'Un chasseur sachant chasser doit savoir chasser sans son chien.' ; 'Si six scies scient six cyprès, six cents six scies scient six cents six cyprès.' Commencez lentement, puis accélérez en gardant une articulation nette.</w:t>
      </w:r>
    </w:p>
    <w:p>
      <w:pPr>
        <w:pStyle w:val="Heading1"/>
      </w:pPr>
      <w:r>
        <w:t>Textes courts à lire</w:t>
      </w:r>
    </w:p>
    <w:p>
      <w:r>
        <w:t>Exemple de texte : 'Le vent soufflait doucement à travers les arbres, et les feuilles dansaient dans la lumière dorée du soir. Assis sur un banc, il observait le paysage, perdu dans ses pensées. Soudain, un oiseau s'envola, brisant le silence.' Lisez ce texte en mettant l'intonation sur les mots clés et en marquant les pauses.</w:t>
      </w:r>
    </w:p>
    <w:p>
      <w:pPr>
        <w:pStyle w:val="Heading1"/>
      </w:pPr>
      <w:r>
        <w:t>Modèle prêt à adapter</w:t>
      </w:r>
    </w:p>
    <w:p>
      <w:r>
        <w:t>EXERCICES DE LECTURE À VOIX HAUTE Échauffement vocal (5 minutes) : - Détendez la mâchoire en bâillant. - Fredonnez sur une note confortable. - Prononcez les voyelles en exagérant : A, E, I, O, U. - Répétez des syllabes : ma-me-mi-mo-mu, pa-pe-pi-po-pu. Virelangues (3 répétitions chacun) : 1. Les chaussettes de l'archiduchesse, sont-elles sèches ? Archi-sèches ! 2. Un chasseur sachant chasser doit savoir chasser sans son chien. 3. Si six scies scient six cyprès, six cents six scies scient six cents six cyprès. Lecture expressive (2 fois) : Texte : 'Le vent soufflait doucement à travers les arbres, et les feuilles dansaient dans la lumière dorée du soir. Assis sur un banc, il observait le paysage, perdu dans ses pensées. Soudain, un oiseau s'envola, brisant le silence.' Enregistrez-vous et écoutez pour repérer les mots mal articulés. Conseils : - Parlez lentement au début. - Exagérez les consonnes finales. - Utilisez un miroir pour observer votre bouche.</w:t>
      </w:r>
    </w:p>
    <w:p>
      <w:pPr>
        <w:pStyle w:val="Heading1"/>
      </w:pPr>
      <w:r>
        <w:t>Checklist</w:t>
      </w:r>
    </w:p>
    <w:p>
      <w:r>
        <w:t>☐ Échauffer la voix avant chaque séance</w:t>
      </w:r>
    </w:p>
    <w:p>
      <w:r>
        <w:t>☐ Pratiquer les virelangues quotidiennement</w:t>
      </w:r>
    </w:p>
    <w:p>
      <w:r>
        <w:t>☐ Lire à voix haute au moins 10 minutes par jour</w:t>
      </w:r>
    </w:p>
    <w:p>
      <w:r>
        <w:t>☐ Enregistrer et réécouter sa lecture</w:t>
      </w:r>
    </w:p>
    <w:p>
      <w:r>
        <w:t>☐ Travailler la respiration abdominale</w:t>
      </w:r>
    </w:p>
    <w:p>
      <w:r>
        <w:t>☐ Articuler exagérément les consonnes</w:t>
      </w:r>
    </w:p>
    <w:p>
      <w:r>
        <w:t>☐ Varier les types de textes (poésie, prose, dialogue)</w:t>
      </w:r>
    </w:p>
    <w:p>
      <w:pPr>
        <w:pStyle w:val="Heading1"/>
      </w:pPr>
      <w:r>
        <w:t>Questions fréquentes</w:t>
      </w:r>
    </w:p>
    <w:p>
      <w:r>
        <w:rPr>
          <w:b/>
        </w:rPr>
        <w:t>Combien de temps faut-il pour voir des progrès ?</w:t>
      </w:r>
    </w:p>
    <w:p>
      <w:r>
        <w:t>En pratiquant 10 à 15 minutes par jour, vous pouvez constater des améliorations en quelques semaines. La régularité est plus importante que la durée.</w:t>
      </w:r>
    </w:p>
    <w:p>
      <w:r>
        <w:rPr>
          <w:b/>
        </w:rPr>
        <w:t>Ces exercices conviennent-ils aux enfants ?</w:t>
      </w:r>
    </w:p>
    <w:p>
      <w:r>
        <w:t>Oui, les virelangues et les lectures courtes sont adaptés aux enfants, mais il faut les encourager et les rendre ludiques.</w:t>
      </w:r>
    </w:p>
    <w:p>
      <w:r>
        <w:rPr>
          <w:b/>
        </w:rPr>
        <w:t>Puis-je utiliser ces exercices pour préparer une prise de parole en public ?</w:t>
      </w:r>
    </w:p>
    <w:p>
      <w:r>
        <w:t>Absolument. Ils aident à améliorer la clarté et la confiance. Ajoutez un travail sur le rythme et les pauses.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