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10 Projets Pédagogiques pour la Maternelle : Fiches Prêtes à l'Emploi</w:t>
      </w:r>
    </w:p>
    <w:p>
      <w:r>
        <w:t>Ce document propose 10 idées de projets pédagogiques complets pour la maternelle, avec objectifs, déroulé et matériel nécessaire. Chaque fiche est conçue pour stimuler la créativité et l'autonomie des enfants.</w:t>
      </w:r>
    </w:p>
    <w:p>
      <w:r>
        <w:rPr>
          <w:b/>
        </w:rPr>
        <w:t>Ces projets sont des suggestions. Adaptez-les aux besoins et aux ressources de votre classe. Vérifiez la sécurité des activités et le respect des programmes officiels.</w:t>
      </w:r>
    </w:p>
    <w:p>
      <w:pPr>
        <w:pStyle w:val="Heading1"/>
      </w:pPr>
      <w:r>
        <w:t>Mode d'emploi</w:t>
      </w:r>
    </w:p>
    <w:p>
      <w:pPr>
        <w:pStyle w:val="ListNumber"/>
      </w:pPr>
      <w:r>
        <w:t>Téléchargez le PDF contenant les 10 fiches projets.</w:t>
      </w:r>
    </w:p>
    <w:p>
      <w:pPr>
        <w:pStyle w:val="ListNumber"/>
      </w:pPr>
      <w:r>
        <w:t>Choisissez un projet adapté à votre classe.</w:t>
      </w:r>
    </w:p>
    <w:p>
      <w:pPr>
        <w:pStyle w:val="ListNumber"/>
      </w:pPr>
      <w:r>
        <w:t>Préparez le matériel nécessaire.</w:t>
      </w:r>
    </w:p>
    <w:p>
      <w:pPr>
        <w:pStyle w:val="ListNumber"/>
      </w:pPr>
      <w:r>
        <w:t>Suivez le déroulé proposé en l'adaptant à votre contexte.</w:t>
      </w:r>
    </w:p>
    <w:p>
      <w:pPr>
        <w:pStyle w:val="ListNumber"/>
      </w:pPr>
      <w:r>
        <w:t>Évaluez les apprentissages des enfants.</w:t>
      </w:r>
    </w:p>
    <w:p>
      <w:pPr>
        <w:pStyle w:val="Heading1"/>
      </w:pPr>
      <w:r>
        <w:t>Liste des 10 Projets</w:t>
      </w:r>
    </w:p>
    <w:p>
      <w:r>
        <w:t>Voici les titres des 10 projets inclus dans le document : 1. Jardin suspendu, 2. Mon album photo, 3. La cuisine des petits chefs, 4. Le musée des formes, 5. La chasse aux couleurs, 6. Le théâtre d'ombres, 7. Les robots recyclés, 8. La fresque des saisons, 9. Le jardin des sons, 10. La grande lessive.</w:t>
      </w:r>
    </w:p>
    <w:p>
      <w:pPr>
        <w:pStyle w:val="Heading1"/>
      </w:pPr>
      <w:r>
        <w:t>Exemple de Fiche Projet</w:t>
      </w:r>
    </w:p>
    <w:p>
      <w:r>
        <w:t>Chaque fiche comprend : le titre, l'objectif général, les compétences visées, le matériel, le déroulé en plusieurs séances, et des pistes d'évaluation.</w:t>
      </w:r>
    </w:p>
    <w:p>
      <w:pPr>
        <w:pStyle w:val="Heading1"/>
      </w:pPr>
      <w:r>
        <w:t>Modèle prêt à adapter</w:t>
      </w:r>
    </w:p>
    <w:p>
      <w:r>
        <w:t>FICHE PROJET PÉDAGOGIQUE Titre du projet : [Titre] Objectif général : [Objectif] Compétences visées : [Compétences] Matériel nécessaire : [Matériel] Déroulé : Séance 1 : [Description] Séance 2 : [Description] Séance 3 : [Description] ... Évaluation : [Critères d'évaluation]</w:t>
      </w:r>
    </w:p>
    <w:p>
      <w:pPr>
        <w:pStyle w:val="Heading1"/>
      </w:pPr>
      <w:r>
        <w:t>Checklist</w:t>
      </w:r>
    </w:p>
    <w:p>
      <w:r>
        <w:t>☐ Définir un objectif clair et atteignable.</w:t>
      </w:r>
    </w:p>
    <w:p>
      <w:r>
        <w:t>☐ Prévoir un matériel adapté et sécurisé.</w:t>
      </w:r>
    </w:p>
    <w:p>
      <w:r>
        <w:t>☐ Prévoir des activités variées (manuelles, sensorielles, langagières).</w:t>
      </w:r>
    </w:p>
    <w:p>
      <w:r>
        <w:t>☐ Intégrer des temps de regroupement et de verbalisation.</w:t>
      </w:r>
    </w:p>
    <w:p>
      <w:r>
        <w:t>☐ Prévoir une évaluation formative.</w:t>
      </w:r>
    </w:p>
    <w:p>
      <w:r>
        <w:t>☐ Adapter le projet au niveau des enfants.</w:t>
      </w:r>
    </w:p>
    <w:p>
      <w:r>
        <w:t>☐ Impliquer les parents si possible.</w:t>
      </w:r>
    </w:p>
    <w:p>
      <w:pPr>
        <w:pStyle w:val="Heading1"/>
      </w:pPr>
      <w:r>
        <w:t>Questions fréquentes</w:t>
      </w:r>
    </w:p>
    <w:p>
      <w:r>
        <w:rPr>
          <w:b/>
        </w:rPr>
        <w:t>Comment choisir un projet adapté à ma classe ?</w:t>
      </w:r>
    </w:p>
    <w:p>
      <w:r>
        <w:t>Tenez compte des intérêts des enfants, de vos objectifs pédagogiques et des ressources disponibles. Commencez par un projet simple et évoluez.</w:t>
      </w:r>
    </w:p>
    <w:p>
      <w:r>
        <w:rPr>
          <w:b/>
        </w:rPr>
        <w:t>Quelle durée pour un projet en maternelle ?</w:t>
      </w:r>
    </w:p>
    <w:p>
      <w:r>
        <w:t>Cela dépend de la complexité, mais en général 2 à 4 semaines avec des séances courtes (20-30 minutes) sont adaptées.</w:t>
      </w:r>
    </w:p>
    <w:p>
      <w:r>
        <w:rPr>
          <w:b/>
        </w:rPr>
        <w:t>Comment évaluer un projet ?</w:t>
      </w:r>
    </w:p>
    <w:p>
      <w:r>
        <w:t>Utilisez des observations, des productions des enfants, et des discussions. Évaluez les compétences transversales comme la coopération et la créativité.</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