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Exemples de Portfolios par Métier : Graphiste, Développeur, Architecte</w:t>
      </w:r>
    </w:p>
    <w:p>
      <w:r>
        <w:t>Un portfolio professionnel est essentiel pour montrer vos compétences et vous démarquer. Voici des exemples concrets pour différents métiers, avec des conseils pratiques pour créer le vôtre.</w:t>
      </w:r>
    </w:p>
    <w:p>
      <w:r>
        <w:rPr>
          <w:b/>
        </w:rPr>
        <w:t>Les exemples ci-dessous sont des illustrations génériques. Adaptez-les à votre style et à votre secteur. Pour un portfolio en ligne, privilégiez une présentation claire et une navigation intuitive.</w:t>
      </w:r>
    </w:p>
    <w:p>
      <w:pPr>
        <w:pStyle w:val="Heading1"/>
      </w:pPr>
      <w:r>
        <w:t>Mode d'emploi</w:t>
      </w:r>
    </w:p>
    <w:p>
      <w:pPr>
        <w:pStyle w:val="ListNumber"/>
      </w:pPr>
      <w:r>
        <w:t>Sélectionnez les projets les plus représentatifs de votre travail (3 à 5 idéalement).</w:t>
      </w:r>
    </w:p>
    <w:p>
      <w:pPr>
        <w:pStyle w:val="ListNumber"/>
      </w:pPr>
      <w:r>
        <w:t>Pour chaque projet, décrivez brièvement le contexte, votre rôle, les outils utilisés et le résultat.</w:t>
      </w:r>
    </w:p>
    <w:p>
      <w:pPr>
        <w:pStyle w:val="ListNumber"/>
      </w:pPr>
      <w:r>
        <w:t>Choisissez un format adapté : site web, PDF, ou plateforme spécialisée (Behance, GitHub, etc.).</w:t>
      </w:r>
    </w:p>
    <w:p>
      <w:pPr>
        <w:pStyle w:val="ListNumber"/>
      </w:pPr>
      <w:r>
        <w:t>Soignez la mise en page : cohérence visuelle, hiérarchie de l'information, et qualité des visuels.</w:t>
      </w:r>
    </w:p>
    <w:p>
      <w:pPr>
        <w:pStyle w:val="ListNumber"/>
      </w:pPr>
      <w:r>
        <w:t>Ajoutez une page 'À propos' et des coordonnées claires pour être contacté facilement.</w:t>
      </w:r>
    </w:p>
    <w:p>
      <w:pPr>
        <w:pStyle w:val="Heading1"/>
      </w:pPr>
      <w:r>
        <w:t>Portfolio de graphiste</w:t>
      </w:r>
    </w:p>
    <w:p>
      <w:r>
        <w:t>Exemple : un graphiste présente ses créations (logos, affiches, chartes graphiques) avec des études de cas. Conseils : montrez votre processus créatif (croquis, maquettes), variez les supports, et mettez en avant votre style unique. Utilisez des plateformes comme Behance ou Dribbble pour exposer vos travaux.</w:t>
      </w:r>
    </w:p>
    <w:p>
      <w:pPr>
        <w:pStyle w:val="Heading1"/>
      </w:pPr>
      <w:r>
        <w:t>Portfolio de développeur</w:t>
      </w:r>
    </w:p>
    <w:p>
      <w:r>
        <w:t>Exemple : un développeur web présente ses projets avec des liens vers des démos en ligne et des dépôts GitHub. Conseils : incluez des captures d'écran, expliquez les technologies utilisées, et détaillez votre contribution. Mettez en avant les projets personnels ou open source qui montrent votre passion.</w:t>
      </w:r>
    </w:p>
    <w:p>
      <w:pPr>
        <w:pStyle w:val="Heading1"/>
      </w:pPr>
      <w:r>
        <w:t>Portfolio d'architecte</w:t>
      </w:r>
    </w:p>
    <w:p>
      <w:r>
        <w:t>Exemple : un architecte présente ses réalisations (plans, maquettes, photos de bâtiments) avec des descriptions techniques. Conseils : organisez par type de projet (résidentiel, commercial), montrez les phases de conception, et incluez des rendus 3D. Un portfolio papier de haute qualité peut être un atout lors d'entretiens.</w:t>
      </w:r>
    </w:p>
    <w:p>
      <w:pPr>
        <w:pStyle w:val="Heading1"/>
      </w:pPr>
      <w:r>
        <w:t>Modèle prêt à adapter</w:t>
      </w:r>
    </w:p>
    <w:p>
      <w:r>
        <w:t>Modèle de portfolio pour un projet : Titre du projet : [Titre] Catégorie : [Catégorie] Contexte : [Décrivez le besoin du client] Votre rôle : [Précisez vos responsabilités] Outils utilisés : [Listez les logiciels ou technologies] Démarche : [Expliquez votre processus créatif] Résultat : [Décrivez le livrable et son impact] Visuels : [Insérez des images ou captures]</w:t>
      </w:r>
    </w:p>
    <w:p>
      <w:pPr>
        <w:pStyle w:val="Heading1"/>
      </w:pPr>
      <w:r>
        <w:t>Checklist</w:t>
      </w:r>
    </w:p>
    <w:p>
      <w:r>
        <w:t>☐ Avoir une page d'accueil accrocheuse avec votre nom et votre spécialité.</w:t>
      </w:r>
    </w:p>
    <w:p>
      <w:r>
        <w:t>☐ Inclure une section 'À propos' qui raconte votre parcours.</w:t>
      </w:r>
    </w:p>
    <w:p>
      <w:r>
        <w:t>☐ Présenter 3 à 5 projets significatifs avec des descriptions détaillées.</w:t>
      </w:r>
    </w:p>
    <w:p>
      <w:r>
        <w:t>☐ Utiliser des visuels de haute qualité et cohérents.</w:t>
      </w:r>
    </w:p>
    <w:p>
      <w:r>
        <w:t>☐ Optimiser le portfolio pour mobile et ordinateur.</w:t>
      </w:r>
    </w:p>
    <w:p>
      <w:r>
        <w:t>☐ Ajouter des liens vers vos réseaux professionnels (LinkedIn, GitHub, etc.).</w:t>
      </w:r>
    </w:p>
    <w:p>
      <w:r>
        <w:t>☐ Mettre à jour régulièrement avec vos nouveaux travaux.</w:t>
      </w:r>
    </w:p>
    <w:p>
      <w:r>
        <w:t>☐ Relire et corriger les fautes d'orthographe.</w:t>
      </w:r>
    </w:p>
    <w:p>
      <w:pPr>
        <w:pStyle w:val="Heading1"/>
      </w:pPr>
      <w:r>
        <w:t>Questions fréquentes</w:t>
      </w:r>
    </w:p>
    <w:p>
      <w:r>
        <w:rPr>
          <w:b/>
        </w:rPr>
        <w:t>Combien de projets dois-je inclure dans mon portfolio ?</w:t>
      </w:r>
    </w:p>
    <w:p>
      <w:r>
        <w:t>Il est recommandé de sélectionner 3 à 5 projets pertinents qui montrent la diversité de vos compétences. La qualité prime sur la quantité.</w:t>
      </w:r>
    </w:p>
    <w:p>
      <w:r>
        <w:rPr>
          <w:b/>
        </w:rPr>
        <w:t>Quel format est le plus adapté pour un portfolio ?</w:t>
      </w:r>
    </w:p>
    <w:p>
      <w:r>
        <w:t>Cela dépend de votre métier. Les graphistes et développeurs privilégient souvent un site web ou des plateformes en ligne, tandis que les architectes peuvent utiliser un PDF ou un portfolio imprimé. Choisissez le format qui met le mieux en valeur votre travail.</w:t>
      </w:r>
    </w:p>
    <w:p>
      <w:r>
        <w:rPr>
          <w:b/>
        </w:rPr>
        <w:t>Comment rendre mon portfolio attractif pour les recruteurs ?</w:t>
      </w:r>
    </w:p>
    <w:p>
      <w:r>
        <w:t>Mettez en avant des résultats concrets, expliquez votre démarche, et montrez votre personnalité. Un portfolio bien organisé, avec des visuels soignés et une navigation simple, fera bonne impression.</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