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Exemples de Mémoires par Discipline : Droit, Économie, Littérature</w:t>
      </w:r>
    </w:p>
    <w:p>
      <w:r>
        <w:t>Découvrez des exemples concrets de mémoires pour différentes disciplines académiques. Chaque exemple présente une structure typique, des extraits et des conseils pour vous guider dans votre propre rédaction.</w:t>
      </w:r>
    </w:p>
    <w:p>
      <w:r>
        <w:rPr>
          <w:b/>
        </w:rPr>
        <w:t>Ces exemples sont fournis à titre illustratif. Adaptez-les à votre sujet et respectez les consignes de votre établissement.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Choisissez la discipline correspondant à votre mémoire.</w:t>
      </w:r>
    </w:p>
    <w:p>
      <w:pPr>
        <w:pStyle w:val="ListNumber"/>
      </w:pPr>
      <w:r>
        <w:t>Étudiez la structure et les extraits proposés.</w:t>
      </w:r>
    </w:p>
    <w:p>
      <w:pPr>
        <w:pStyle w:val="ListNumber"/>
      </w:pPr>
      <w:r>
        <w:t>Identifiez les points forts et les méthodes utilisées.</w:t>
      </w:r>
    </w:p>
    <w:p>
      <w:pPr>
        <w:pStyle w:val="ListNumber"/>
      </w:pPr>
      <w:r>
        <w:t>Adaptez le plan et le style à votre propre sujet.</w:t>
      </w:r>
    </w:p>
    <w:p>
      <w:pPr>
        <w:pStyle w:val="ListNumber"/>
      </w:pPr>
      <w:r>
        <w:t>Rédigez votre mémoire en vous appuyant sur ces modèles.</w:t>
      </w:r>
    </w:p>
    <w:p>
      <w:pPr>
        <w:pStyle w:val="Heading1"/>
      </w:pPr>
      <w:r>
        <w:t>Mémoire en droit</w:t>
      </w:r>
    </w:p>
    <w:p>
      <w:r>
        <w:t>Un mémoire en droit exige une argumentation rigoureuse et une analyse précise des textes. Structure typique : introduction (problématique, intérêt du sujet), parties (I et II) avec des sous-parties, conclusion. Exemple d'extrait : « La question de la responsabilité civile en matière de dommages causés par l'intelligence artificielle soulève des enjeux majeurs. Il convient d'examiner le cadre juridique actuel et les perspectives d'évolution. »</w:t>
      </w:r>
    </w:p>
    <w:p>
      <w:pPr>
        <w:pStyle w:val="Heading1"/>
      </w:pPr>
      <w:r>
        <w:t>Mémoire en économie</w:t>
      </w:r>
    </w:p>
    <w:p>
      <w:r>
        <w:t>En économie, le mémoire combine théorie et données empiriques. Structure : introduction, revue de littérature, méthodologie, résultats, discussion, conclusion. Exemple d'extrait : « L'analyse des données de l'INSEE sur la consommation des ménages entre 2010 et 2020 révèle une corrélation positive entre le taux d'épargne et l'incertitude économique. »</w:t>
      </w:r>
    </w:p>
    <w:p>
      <w:pPr>
        <w:pStyle w:val="Heading1"/>
      </w:pPr>
      <w:r>
        <w:t>Mémoire en littérature</w:t>
      </w:r>
    </w:p>
    <w:p>
      <w:r>
        <w:t>En littérature, l'analyse textuelle est centrale. Structure : introduction, parties thématiques, conclusion. Exemple d'extrait : « Dans 'Madame Bovary', Flaubert utilise le style indirect libre pour immerger le lecteur dans les pensées de son héroïne, créant une distance critique et une empathie paradoxale. »</w:t>
      </w:r>
    </w:p>
    <w:p>
      <w:pPr>
        <w:pStyle w:val="Heading1"/>
      </w:pPr>
      <w:r>
        <w:t>Mémoire en psychologie</w:t>
      </w:r>
    </w:p>
    <w:p>
      <w:r>
        <w:t>En psychologie, le mémoire suit souvent le format scientifique : introduction, méthode, résultats, discussion. Exemple d'extrait : « L'étude menée auprès de 50 participants a montré un effet significatif de la méditation sur la réduction du stress perçu, mesuré par l'échelle PSS-10. »</w:t>
      </w:r>
    </w:p>
    <w:p>
      <w:pPr>
        <w:pStyle w:val="Heading1"/>
      </w:pPr>
      <w:r>
        <w:t>Modèle prêt à adapter</w:t>
      </w:r>
    </w:p>
    <w:p>
      <w:r>
        <w:t>Modèle de structure générique pour un mémoire : Titre : [Titre de votre mémoire] Introduction (2-3 pages) : - Présentation du sujet et de son intérêt - Problématique - Annonce du plan Partie 1 (10-15 pages) : - Chapitre 1 : [Titre] - Section 1 : [Sous-titre] - Section 2 : [Sous-titre] - Chapitre 2 : [Titre] - Section 1 : [Sous-titre] - Section 2 : [Sous-titre] Partie 2 (10-15 pages) : - Chapitre 3 : [Titre] - Section 1 : [Sous-titre] - Section 2 : [Sous-titre] - Chapitre 4 : [Titre] - Section 1 : [Sous-titre] - Section 2 : [Sous-titre] Conclusion (2-3 pages) : - Rappel de la problématique - Synthèse des résultats - Limites et perspectives Bibliographie : - Ouvrages, articles, sources électroniques Annexes : - Documents complémentaires</w:t>
      </w:r>
    </w:p>
    <w:p>
      <w:pPr>
        <w:pStyle w:val="Heading1"/>
      </w:pPr>
      <w:r>
        <w:t>Checklist</w:t>
      </w:r>
    </w:p>
    <w:p>
      <w:r>
        <w:t>☐ Définir un sujet précis et une problématique claire</w:t>
      </w:r>
    </w:p>
    <w:p>
      <w:r>
        <w:t>☐ Établir un calendrier de rédaction</w:t>
      </w:r>
    </w:p>
    <w:p>
      <w:r>
        <w:t>☐ Faire une recherche documentaire approfondie</w:t>
      </w:r>
    </w:p>
    <w:p>
      <w:r>
        <w:t>☐ Élaborer un plan détaillé</w:t>
      </w:r>
    </w:p>
    <w:p>
      <w:r>
        <w:t>☐ Rédiger l'introduction et la conclusion en dernier</w:t>
      </w:r>
    </w:p>
    <w:p>
      <w:r>
        <w:t>☐ Citer correctement toutes les sources</w:t>
      </w:r>
    </w:p>
    <w:p>
      <w:r>
        <w:t>☐ Relire et corriger le style et l'orthographe</w:t>
      </w:r>
    </w:p>
    <w:p>
      <w:r>
        <w:t>☐ Faire relire par un pair ou un tuteur</w:t>
      </w:r>
    </w:p>
    <w:p>
      <w:pPr>
        <w:pStyle w:val="Heading1"/>
      </w:pPr>
      <w:r>
        <w:t>Questions fréquentes</w:t>
      </w:r>
    </w:p>
    <w:p>
      <w:r>
        <w:rPr>
          <w:b/>
        </w:rPr>
        <w:t>Comment choisir un sujet de mémoire pertinent ?</w:t>
      </w:r>
    </w:p>
    <w:p>
      <w:r>
        <w:t>Choisissez un sujet qui vous passionne et qui est réalisable avec les ressources disponibles. Assurez-vous qu'il existe suffisamment de sources et qu'il est assez précis pour être traité en profondeur.</w:t>
      </w:r>
    </w:p>
    <w:p>
      <w:r>
        <w:rPr>
          <w:b/>
        </w:rPr>
        <w:t>Quelle est la longueur idéale d'un mémoire ?</w:t>
      </w:r>
    </w:p>
    <w:p>
      <w:r>
        <w:t>La longueur varie selon le niveau (licence, master) et les consignes de l'établissement. En général, un mémoire de licence fait 30-40 pages, un mémoire de master 60-80 pages, hors annexes.</w:t>
      </w:r>
    </w:p>
    <w:p>
      <w:r>
        <w:rPr>
          <w:b/>
        </w:rPr>
        <w:t>Comment gérer le stress de la rédaction ?</w:t>
      </w:r>
    </w:p>
    <w:p>
      <w:r>
        <w:t>Planifiez votre travail, fixez des objectifs hebdomadaires, et prenez des pauses régulières. N'hésitez pas à demander de l'aide à votre directeur de mémoire ou à des services de soutien à l'université.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