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Exemples de Dissertations Rédigées : Sujets et Corrections</w:t>
      </w:r>
    </w:p>
    <w:p>
      <w:r>
        <w:t>Découvrez des dissertations entièrement rédigées sur des sujets variés, avec des commentaires sur la structure et la méthode. Chaque exemple vous montre comment construire une introduction, développer vos arguments et conclure efficacement.</w:t>
      </w:r>
    </w:p>
    <w:p>
      <w:r>
        <w:rPr>
          <w:b/>
        </w:rPr>
        <w:t>Ces exemples sont fournis à titre illustratif. Ils ne remplacent pas les consignes de votre professeur ni les exigences spécifiques de votre établissement.</w:t>
      </w:r>
    </w:p>
    <w:p>
      <w:pPr>
        <w:pStyle w:val="Heading1"/>
      </w:pPr>
      <w:r>
        <w:t>Mode d'emploi</w:t>
      </w:r>
    </w:p>
    <w:p>
      <w:pPr>
        <w:pStyle w:val="ListNumber"/>
      </w:pPr>
      <w:r>
        <w:t>Choisissez un sujet de dissertation qui vous intéresse ou qui correspond à votre matière.</w:t>
      </w:r>
    </w:p>
    <w:p>
      <w:pPr>
        <w:pStyle w:val="ListNumber"/>
      </w:pPr>
      <w:r>
        <w:t>Analysez le sujet : identifiez les mots-clés, la problématique implicite et les limites du sujet.</w:t>
      </w:r>
    </w:p>
    <w:p>
      <w:pPr>
        <w:pStyle w:val="ListNumber"/>
      </w:pPr>
      <w:r>
        <w:t>Rédigez une introduction complète : accroche, présentation du sujet, problématique et annonce du plan.</w:t>
      </w:r>
    </w:p>
    <w:p>
      <w:pPr>
        <w:pStyle w:val="ListNumber"/>
      </w:pPr>
      <w:r>
        <w:t>Développez deux ou trois parties, chacune avec une idée principale, des arguments et des exemples.</w:t>
      </w:r>
    </w:p>
    <w:p>
      <w:pPr>
        <w:pStyle w:val="ListNumber"/>
      </w:pPr>
      <w:r>
        <w:t>Rédigez une conclusion qui résume votre raisonnement et ouvre sur une perspective plus large.</w:t>
      </w:r>
    </w:p>
    <w:p>
      <w:pPr>
        <w:pStyle w:val="Heading1"/>
      </w:pPr>
      <w:r>
        <w:t>Exemple 1 : Dissertation de philosophie – Sujet : « Le travail est-il une liberté ? »</w:t>
      </w:r>
    </w:p>
    <w:p>
      <w:r>
        <w:t>Introduction : Le travail occupe une place centrale dans nos vies. Certains y voient une contrainte, d'autres une source d'épanouissement. La question se pose : le travail est-il une liberté ? Nous verrons d'abord que le travail peut être libérateur, puis qu'il peut aussi aliéner, et enfin que la liberté au travail dépend de son organisation.</w:t>
        <w:br/>
        <w:br/>
        <w:t>Développement :</w:t>
        <w:br/>
        <w:t>I. Le travail comme libération</w:t>
        <w:br/>
        <w:t>- Le travail permet de subvenir à ses besoins, donc d'acquérir une autonomie matérielle.</w:t>
        <w:br/>
        <w:t>- Il offre une reconnaissance sociale et une estime de soi.</w:t>
        <w:br/>
        <w:t>- Exemple : l'artisan qui crée un objet unique.</w:t>
        <w:br/>
        <w:br/>
        <w:t>II. Le travail comme aliénation</w:t>
        <w:br/>
        <w:t>- Le travail répétitif et contrôlé peut déshumaniser (travail à la chaîne).</w:t>
        <w:br/>
        <w:t>- Marx parle d'aliénation : le travailleur est séparé du produit de son travail.</w:t>
        <w:br/>
        <w:t>- Exemple : l'ouvrier qui ne voit pas le résultat final de sa production.</w:t>
        <w:br/>
        <w:br/>
        <w:t>III. Les conditions d'un travail libérateur</w:t>
        <w:br/>
        <w:t>- Un travail choisi, qui a du sens, peut être épanouissant.</w:t>
        <w:br/>
        <w:t>- L'autonomie et la créativité sont des facteurs de liberté.</w:t>
        <w:br/>
        <w:t>- Exemple : les entreprises qui favorisent l'innovation et la participation.</w:t>
        <w:br/>
        <w:br/>
        <w:t>Conclusion : Le travail n'est pas une liberté en soi ; il peut être libérateur ou aliénant selon les conditions. Pour qu'il soit un vecteur de liberté, il faut le repenser de manière à ce qu'il respecte l'autonomie et la dignité de chacun.</w:t>
      </w:r>
    </w:p>
    <w:p>
      <w:pPr>
        <w:pStyle w:val="Heading1"/>
      </w:pPr>
      <w:r>
        <w:t>Exemple 2 : Dissertation de littérature – Sujet : « Le héros de roman doit-il être admirable ? »</w:t>
      </w:r>
    </w:p>
    <w:p>
      <w:r>
        <w:t>Introduction : Le héros de roman a longtemps été un personnage aux qualités exceptionnelles. Mais la littérature moderne a introduit des héros plus ambigus. Le héros de roman doit-il être admirable ? Nous examinerons d'abord la tradition du héros admirable, puis l'émergence de héros plus complexes, et enfin l'intérêt de ces héros pour le lecteur.</w:t>
        <w:br/>
        <w:br/>
        <w:t>Développement :</w:t>
        <w:br/>
        <w:t>I. La tradition du héros admirable</w:t>
        <w:br/>
        <w:t>- Les héros épiques (Ulysse, Achille) incarnent des valeurs de courage et de vertu.</w:t>
        <w:br/>
        <w:t>- Le héros classique est souvent un modèle à suivre.</w:t>
        <w:br/>
        <w:t>- Exemple : Jean Valjean dans Les Misérables, qui se rachète.</w:t>
        <w:br/>
        <w:br/>
        <w:t>II. Le héros moderne, plus nuancé</w:t>
        <w:br/>
        <w:t>- Le réalisme a introduit des personnages médiocres ou antipathiques.</w:t>
        <w:br/>
        <w:t>- Le héros peut être un anti-héros, comme Meursault dans L'Étranger.</w:t>
        <w:br/>
        <w:t>- Ces personnages reflètent la complexité humaine.</w:t>
        <w:br/>
        <w:br/>
        <w:t>III. L'intérêt pour le lecteur</w:t>
        <w:br/>
        <w:t>- Un héros imparfait permet une identification plus aisée.</w:t>
        <w:br/>
        <w:t>- Il suscite une réflexion sur la morale et la société.</w:t>
        <w:br/>
        <w:t>- Exemple : l'évolution de la notion de héros dans le roman contemporain.</w:t>
        <w:br/>
        <w:br/>
        <w:t>Conclusion : Le héros de roman ne doit pas nécessairement être admirable ; sa complexité peut enrichir la lecture et nous interroger sur nous-mêmes. La littérature gagne à explorer toutes les facettes de l'humanité.</w:t>
      </w:r>
    </w:p>
    <w:p>
      <w:pPr>
        <w:pStyle w:val="Heading1"/>
      </w:pPr>
      <w:r>
        <w:t>Exemple 3 : Dissertation d'histoire – Sujet : « La Révolution française a-t-elle mis fin à l'Ancien Régime ? »</w:t>
      </w:r>
    </w:p>
    <w:p>
      <w:r>
        <w:t>Introduction : La Révolution française de 1789 est souvent présentée comme une rupture majeure. Mais a-t-elle réellement aboli l'Ancien Régime ? Nous verrons d'abord les changements politiques et juridiques, puis les continuités sociales et économiques, et enfin l'héritage de la Révolution.</w:t>
        <w:br/>
        <w:br/>
        <w:t>Développement :</w:t>
        <w:br/>
        <w:t>I. Les ruptures politiques et juridiques</w:t>
        <w:br/>
        <w:t>- Abolition des privilèges (nuit du 4 août 1789).</w:t>
        <w:br/>
        <w:t>- Déclaration des droits de l'homme et du citoyen.</w:t>
        <w:br/>
        <w:t>- Mise en place d'une monarchie constitutionnelle puis d'une république.</w:t>
        <w:br/>
        <w:br/>
        <w:t>II. Les continuités sociales et économiques</w:t>
        <w:br/>
        <w:t>- La propriété reste une valeur fondamentale.</w:t>
        <w:br/>
        <w:t>- Les inégalités persistent malgré l'abolition des privilèges.</w:t>
        <w:br/>
        <w:t>- Exemple : le suffrage censitaire qui limite le droit de vote.</w:t>
        <w:br/>
        <w:br/>
        <w:t>III. L'héritage de la Révolution</w:t>
        <w:br/>
        <w:t>- Les principes de liberté, d'égalité et de fraternité influencent les régimes suivants.</w:t>
        <w:br/>
        <w:t>- La Révolution a créé une culture politique nouvelle.</w:t>
        <w:br/>
        <w:t>- Exemple : les révolutions du XIXe siècle s'inspirent de 1789.</w:t>
        <w:br/>
        <w:br/>
        <w:t>Conclusion : La Révolution française a profondément transformé la France, mais elle n'a pas tout changé du jour au lendemain. Elle a posé les fondations d'une société nouvelle, tout en laissant subsister des éléments de l'Ancien Régime. Son héritage est complexe et durable.</w:t>
      </w:r>
    </w:p>
    <w:p>
      <w:pPr>
        <w:pStyle w:val="Heading1"/>
      </w:pPr>
      <w:r>
        <w:t>Modèle prêt à adapter</w:t>
      </w:r>
    </w:p>
    <w:p>
      <w:r>
        <w:t>Modèle de dissertation à compléter : Titre : [Sujet de la dissertation] Introduction : - Phrase d'accroche : [Susciter l'intérêt du lecteur] - Présentation du sujet : [Reformuler le sujet et le contextualiser] - Problématique : [Question à laquelle répondra la dissertation] - Annonce du plan : [Présenter les parties] Développement : Partie 1 : [Idée principale] - Argument : [Justification] - Exemple : [Illustration] - Analyse : [Explication de l'exemple] Partie 2 : [Idée principale] - Argument : [Justification] - Exemple : [Illustration] - Analyse : [Explication de l'exemple] (Optionnel) Partie 3 : [Idée principale] - Argument : [Justification] - Exemple : [Illustration] - Analyse : [Explication de l'exemple] Conclusion : - Rappel de la problématique : [Reformuler la question] - Synthèse des arguments : [Résumer les idées] - Réponse finale : [Donner une réponse claire] - Ouverture : [Élargir le sujet ou proposer une réflexion]</w:t>
      </w:r>
    </w:p>
    <w:p>
      <w:pPr>
        <w:pStyle w:val="Heading1"/>
      </w:pPr>
      <w:r>
        <w:t>Checklist</w:t>
      </w:r>
    </w:p>
    <w:p>
      <w:r>
        <w:t>☐ J'ai analysé le sujet et identifié les mots-clés.</w:t>
      </w:r>
    </w:p>
    <w:p>
      <w:r>
        <w:t>☐ Mon introduction contient une accroche, une présentation, une problématique et une annonce de plan.</w:t>
      </w:r>
    </w:p>
    <w:p>
      <w:r>
        <w:t>☐ Chaque partie développe une idée principale avec des arguments et des exemples.</w:t>
      </w:r>
    </w:p>
    <w:p>
      <w:r>
        <w:t>☐ J'ai utilisé des connecteurs logiques pour relier les idées.</w:t>
      </w:r>
    </w:p>
    <w:p>
      <w:r>
        <w:t>☐ Ma conclusion répond clairement à la problématique.</w:t>
      </w:r>
    </w:p>
    <w:p>
      <w:r>
        <w:t>☐ J'ai relu ma dissertation pour vérifier la cohérence et l'orthographe.</w:t>
      </w:r>
    </w:p>
    <w:p>
      <w:pPr>
        <w:pStyle w:val="Heading1"/>
      </w:pPr>
      <w:r>
        <w:t>Questions fréquentes</w:t>
      </w:r>
    </w:p>
    <w:p>
      <w:r>
        <w:rPr>
          <w:b/>
        </w:rPr>
        <w:t>Comment choisir un sujet de dissertation ?</w:t>
      </w:r>
    </w:p>
    <w:p>
      <w:r>
        <w:t>Choisissez un sujet qui vous intéresse et que vous comprenez. Si vous avez le choix, optez pour un domaine que vous maîtrisez. Analysez les mots-clés du sujet pour cerner la problématique.</w:t>
      </w:r>
    </w:p>
    <w:p>
      <w:r>
        <w:rPr>
          <w:b/>
        </w:rPr>
        <w:t>Combien de parties faut-il dans une dissertation ?</w:t>
      </w:r>
    </w:p>
    <w:p>
      <w:r>
        <w:t>En général, une dissertation comporte deux ou trois parties. Le nombre dépend du sujet et de la consigne. L'important est que chaque partie développe une idée distincte et que l'ensemble soit équilibré.</w:t>
      </w:r>
    </w:p>
    <w:p>
      <w:r>
        <w:rPr>
          <w:b/>
        </w:rPr>
        <w:t>Peut-on utiliser des exemples personnels dans une dissertation ?</w:t>
      </w:r>
    </w:p>
    <w:p>
      <w:r>
        <w:t>Oui, mais avec prudence. Les exemples personnels peuvent illustrer un argument, mais ils doivent être pertinents et ne pas remplacer les références académiques. Privilégiez des exemples tirés de la littérature, de l'histoire ou de l'actualité.</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