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Exemples de Comptes Rendus par Type : Réunion, Chantier, Médical</w:t>
      </w:r>
    </w:p>
    <w:p>
      <w:r>
        <w:t>Découvrez une sélection d'exemples de comptes rendus pour différents contextes : réunion professionnelle, chantier, médical, etc. Chaque exemple est accompagné d'un modèle détaillé et de conseils pour bien le rédiger. Cliquez sur les liens pour accéder à l'article complet.</w:t>
      </w:r>
    </w:p>
    <w:p>
      <w:r>
        <w:rPr>
          <w:b/>
        </w:rPr>
        <w:t>⚠️ Les comptes rendus médicaux sont fournis à titre d'illustration uniquement. Ils ne remplacent pas l'avis d'un professionnel de santé. Pour tout usage professionnel, faites valider par un médecin ou un expert.</w:t>
      </w:r>
    </w:p>
    <w:p>
      <w:pPr>
        <w:pStyle w:val="Heading1"/>
      </w:pPr>
      <w:r>
        <w:t>Mode d'emploi</w:t>
      </w:r>
    </w:p>
    <w:p>
      <w:pPr>
        <w:pStyle w:val="ListNumber"/>
      </w:pPr>
      <w:r>
        <w:t>Identifiez le type de compte rendu dont vous avez besoin (réunion, chantier, médical, etc.).</w:t>
      </w:r>
    </w:p>
    <w:p>
      <w:pPr>
        <w:pStyle w:val="ListNumber"/>
      </w:pPr>
      <w:r>
        <w:t>Cliquez sur le lien correspondant pour accéder à l'exemple détaillé.</w:t>
      </w:r>
    </w:p>
    <w:p>
      <w:pPr>
        <w:pStyle w:val="ListNumber"/>
      </w:pPr>
      <w:r>
        <w:t>Inspirez-vous du modèle proposé pour structurer votre propre compte rendu.</w:t>
      </w:r>
    </w:p>
    <w:p>
      <w:pPr>
        <w:pStyle w:val="ListNumber"/>
      </w:pPr>
      <w:r>
        <w:t>Adaptez le contenu à votre situation spécifique en ajoutant les informations pertinentes.</w:t>
      </w:r>
    </w:p>
    <w:p>
      <w:pPr>
        <w:pStyle w:val="Heading1"/>
      </w:pPr>
      <w:r>
        <w:t>Compte rendu de réunion</w:t>
      </w:r>
    </w:p>
    <w:p>
      <w:r>
        <w:t>Un compte rendu de réunion doit synthétiser les discussions, les décisions prises et les actions à suivre. Il est généralement structuré en : participants, ordre du jour, points discutés, décisions, actions et prochaines étapes. Consultez notre exemple complet pour une réunion de travail.</w:t>
      </w:r>
    </w:p>
    <w:p>
      <w:pPr>
        <w:pStyle w:val="Heading1"/>
      </w:pPr>
      <w:r>
        <w:t>Compte rendu de chantier</w:t>
      </w:r>
    </w:p>
    <w:p>
      <w:r>
        <w:t>Le compte rendu de chantier est un document essentiel pour le suivi des travaux. Il mentionne l'avancement, les problèmes rencontrés, les solutions apportées, et les prochaines étapes. Notre exemple couvre les aspects clés : météo, effectifs, matériaux, sécurité, etc.</w:t>
      </w:r>
    </w:p>
    <w:p>
      <w:pPr>
        <w:pStyle w:val="Heading1"/>
      </w:pPr>
      <w:r>
        <w:t>Compte rendu médical</w:t>
      </w:r>
    </w:p>
    <w:p>
      <w:r>
        <w:t>Un compte rendu médical (ou compte rendu d'hospitalisation) est rédigé par un médecin pour résumer l'état de santé d'un patient, les examens réalisés, le diagnostic et le traitement. Il est confidentiel et doit être précis. Notre exemple illustre la structure type, mais il ne doit pas être utilisé sans validation professionnelle.</w:t>
      </w:r>
    </w:p>
    <w:p>
      <w:pPr>
        <w:pStyle w:val="Heading1"/>
      </w:pPr>
      <w:r>
        <w:t>Modèle prêt à adapter</w:t>
      </w:r>
    </w:p>
    <w:p>
      <w:r>
        <w:t>Pour chaque type, vous trouverez un modèle détaillé dans les articles liés. Voici un aperçu générique : Titre du compte rendu Date : [Date] Lieu : [Lieu] Participants : [Noms] 1. Objet de la réunion / du chantier / de la consultation 2. Points abordés 3. Décisions prises 4. Actions à réaliser (avec responsables et échéances) 5. Prochaines étapes Signatures ou validation si nécessaire.</w:t>
      </w:r>
    </w:p>
    <w:p>
      <w:pPr>
        <w:pStyle w:val="Heading1"/>
      </w:pPr>
      <w:r>
        <w:t>Checklist</w:t>
      </w:r>
    </w:p>
    <w:p>
      <w:r>
        <w:t>☐ Choisir le bon type de compte rendu.</w:t>
      </w:r>
    </w:p>
    <w:p>
      <w:r>
        <w:t>☐ Inclure la date, le lieu et les participants.</w:t>
      </w:r>
    </w:p>
    <w:p>
      <w:r>
        <w:t>☐ Être objectif et factuel.</w:t>
      </w:r>
    </w:p>
    <w:p>
      <w:r>
        <w:t>☐ Structurer le contenu en sections claires.</w:t>
      </w:r>
    </w:p>
    <w:p>
      <w:r>
        <w:t>☐ Relire et corriger les fautes.</w:t>
      </w:r>
    </w:p>
    <w:p>
      <w:r>
        <w:t>☐ Diffuser le compte rendu aux personnes concernées.</w:t>
      </w:r>
    </w:p>
    <w:p>
      <w:r>
        <w:t>☐ Conserver une copie pour archivage.</w:t>
      </w:r>
    </w:p>
    <w:p>
      <w:pPr>
        <w:pStyle w:val="Heading1"/>
      </w:pPr>
      <w:r>
        <w:t>Questions fréquentes</w:t>
      </w:r>
    </w:p>
    <w:p>
      <w:r>
        <w:rPr>
          <w:b/>
        </w:rPr>
        <w:t>Quelle est la différence entre un compte rendu et un procès-verbal ?</w:t>
      </w:r>
    </w:p>
    <w:p>
      <w:r>
        <w:t>Le compte rendu est généralement plus synthétique et orienté vers l'action, tandis que le procès-verbal est plus exhaustif et souvent utilisé dans des contextes officiels (assemblées générales, conseils).</w:t>
      </w:r>
    </w:p>
    <w:p>
      <w:r>
        <w:rPr>
          <w:b/>
        </w:rPr>
        <w:t>Dois-je faire signer un compte rendu de réunion ?</w:t>
      </w:r>
    </w:p>
    <w:p>
      <w:r>
        <w:t>Il n'est pas obligatoire de faire signer un compte rendu de réunion, mais il est recommandé de le faire valider par les participants pour éviter les contestations.</w:t>
      </w:r>
    </w:p>
    <w:p>
      <w:r>
        <w:rPr>
          <w:b/>
        </w:rPr>
        <w:t>Comment rédiger un compte rendu médical ?</w:t>
      </w:r>
    </w:p>
    <w:p>
      <w:r>
        <w:t>Un compte rendu médical doit être rédigé par un professionnel de santé. Il doit inclure l'identité du patient, les motifs, les examens, les résultats, le diagnostic et les recommandations. Il est soumis au secret médical.</w:t>
      </w:r>
    </w:p>
    <w:p>
      <w:r>
        <w:t>Ressource créée par TopExemples.fr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