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texte de remerciement pour une naissance (PDF et copiable)</w:t>
      </w:r>
    </w:p>
    <w:p>
      <w:r>
        <w:t>Cette ressource pratique vous offre un modèle complet de texte de remerciement pour une naissance, à la fois téléchargeable en PDF et copiable directement. Vous y trouverez un exemple rempli, une version vierge avec des variables à compléter, ainsi que des consignes claires pour personnaliser votre message avec sincérité.</w:t>
      </w:r>
    </w:p>
    <w:p>
      <w:r>
        <w:rPr>
          <w:b/>
        </w:rPr>
        <w:t>Ce modèle est fourni à titre d'exemple. Adaptez-le à votre situation et à votre style. Aucune autorité officielle n'est associée à ce document.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PDF ou copiez le texte ci-dessous.</w:t>
      </w:r>
    </w:p>
    <w:p>
      <w:pPr>
        <w:pStyle w:val="ListNumber"/>
      </w:pPr>
      <w:r>
        <w:t>Personnalisez les champs entre crochets avec vos informations.</w:t>
      </w:r>
    </w:p>
    <w:p>
      <w:pPr>
        <w:pStyle w:val="ListNumber"/>
      </w:pPr>
      <w:r>
        <w:t>Relisez et ajustez le ton selon votre relation avec les destinataires.</w:t>
      </w:r>
    </w:p>
    <w:p>
      <w:pPr>
        <w:pStyle w:val="ListNumber"/>
      </w:pPr>
      <w:r>
        <w:t>Imprimez ou envoyez par courriel votre message de remerciement.</w:t>
      </w:r>
    </w:p>
    <w:p>
      <w:pPr>
        <w:pStyle w:val="Heading1"/>
      </w:pPr>
      <w:r>
        <w:t>Exemple rempli</w:t>
      </w:r>
    </w:p>
    <w:p>
      <w:r>
        <w:t>Chers tous,</w:t>
        <w:br/>
        <w:br/>
        <w:t>Nous tenions à vous remercier du fond du cœur pour votre présence et vos attentions lors de la naissance de notre petit [Prénom]. Votre soutien et vos gentils messages nous ont beaucoup touchés.</w:t>
        <w:br/>
        <w:br/>
        <w:t>Nous espérons que vous pourrez bientôt rencontrer [Prénom] et partager avec nous ces premiers instants précieux.</w:t>
        <w:br/>
        <w:br/>
        <w:t>Avec toute notre gratitude,</w:t>
        <w:br/>
        <w:t>[Vos prénoms et noms]</w:t>
      </w:r>
    </w:p>
    <w:p>
      <w:pPr>
        <w:pStyle w:val="Heading1"/>
      </w:pPr>
      <w:r>
        <w:t>Version vierge</w:t>
      </w:r>
    </w:p>
    <w:p>
      <w:r>
        <w:t>Chers [Nom du destinataire ou groupe],</w:t>
        <w:br/>
        <w:br/>
        <w:t>Nous tenions à vous remercier du fond du cœur pour [votre présence / vos cadeaux / vos messages] lors de la naissance de notre [fils / fille] [Prénom]. Votre [soutien / attention] nous a beaucoup touchés.</w:t>
        <w:br/>
        <w:br/>
        <w:t>Nous espérons que vous pourrez bientôt rencontrer [Prénom] et partager avec nous ces premiers instants précieux.</w:t>
        <w:br/>
        <w:br/>
        <w:t>Avec toute notre gratitude,</w:t>
        <w:br/>
        <w:t>[Vos prénoms et noms]</w:t>
      </w:r>
    </w:p>
    <w:p>
      <w:pPr>
        <w:pStyle w:val="Heading1"/>
      </w:pPr>
      <w:r>
        <w:t>Modèle prêt à adapter</w:t>
      </w:r>
    </w:p>
    <w:p>
      <w:r>
        <w:t>Modèle de texte de remerciement pour une naissance [Date] Chers [Nom(s) du ou des destinataires], Nous tenions à vous remercier du fond du cœur pour [votre présence / vos cadeaux / vos messages] lors de la naissance de notre [fils / fille] [Prénom]. Votre [soutien / attention] nous a beaucoup touchés. Nous espérons que vous pourrez bientôt rencontrer [Prénom] et partager avec nous ces premiers instants précieux. Avec toute notre gratitude, [Vos prénoms et noms]</w:t>
      </w:r>
    </w:p>
    <w:p>
      <w:pPr>
        <w:pStyle w:val="Heading1"/>
      </w:pPr>
      <w:r>
        <w:t>Checklist</w:t>
      </w:r>
    </w:p>
    <w:p>
      <w:r>
        <w:t>☐ Personnalisez le prénom de l'enfant.</w:t>
      </w:r>
    </w:p>
    <w:p>
      <w:r>
        <w:t>☐ Indiquez la date ou le moment de la naissance.</w:t>
      </w:r>
    </w:p>
    <w:p>
      <w:r>
        <w:t>☐ Mentionnez le type d'attention reçue (cadeau, présence, message).</w:t>
      </w:r>
    </w:p>
    <w:p>
      <w:r>
        <w:t>☐ Adaptez le ton selon le destinataire (famille, amis, collègues).</w:t>
      </w:r>
    </w:p>
    <w:p>
      <w:r>
        <w:t>☐ Relisez pour corriger les fautes.</w:t>
      </w:r>
    </w:p>
    <w:p>
      <w:r>
        <w:t>☐ Choisissez un support (carte, courriel, message).</w:t>
      </w:r>
    </w:p>
    <w:p>
      <w:r>
        <w:t>☐ Envoyez dans un délai raisonnable (1 à 3 mois).</w:t>
      </w:r>
    </w:p>
    <w:p>
      <w:pPr>
        <w:pStyle w:val="Heading1"/>
      </w:pPr>
      <w:r>
        <w:t>Questions fréquentes</w:t>
      </w:r>
    </w:p>
    <w:p>
      <w:r>
        <w:rPr>
          <w:b/>
        </w:rPr>
        <w:t>Quand envoyer les remerciements de naissance ?</w:t>
      </w:r>
    </w:p>
    <w:p>
      <w:r>
        <w:t>Il est courant d'envoyer les remerciements dans les semaines qui suivent la naissance, idéalement dans les 3 mois. Le plus important est de le faire avec sincérité, même si un peu de temps s'est écoulé.</w:t>
      </w:r>
    </w:p>
    <w:p>
      <w:r>
        <w:rPr>
          <w:b/>
        </w:rPr>
        <w:t>Que faut-il écrire dans un remerciement de naissance ?</w:t>
      </w:r>
    </w:p>
    <w:p>
      <w:r>
        <w:t>Exprimez votre gratitude pour le geste ou la présence, mentionnez le prénom de l'enfant et éventuellement une anecdote touchante. Restez simple et chaleureux.</w:t>
      </w:r>
    </w:p>
    <w:p>
      <w:r>
        <w:rPr>
          <w:b/>
        </w:rPr>
        <w:t>Peut-on envoyer un remerciement par courriel ?</w:t>
      </w:r>
    </w:p>
    <w:p>
      <w:r>
        <w:t>Oui, le courriel est acceptable, surtout pour les proches éloignés. Pour les personnes très proches, une carte manuscrite reste plus personnelle, mais l'essentiel est de montrer votre reconnaissance.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