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Title"/>
      </w:pPr>
      <w:r>
        <w:t>Exemple Questionnaire Salarié : 10 Questions Essentielles à Poser !</w:t>
      </w:r>
    </w:p>
    <w:p>
      <w:r>
        <w:t>Ce modèle de questionnaire salarié vous permet de sonder vos équipes sur leur satisfaction, leur bien-être et leur engagement. Utilisez-le tel quel ou adaptez-le à votre contexte. Il est conçu pour être simple à administrer et à analyser, avec des questions fermées pour faciliter la quantification des réponses.</w:t>
      </w:r>
    </w:p>
    <w:p>
      <w:r>
        <w:rPr>
          <w:b/>
        </w:rPr>
        <w:t>Ce questionnaire est fourni à titre d'exemple. Adaptez les questions à votre situation et assurez-vous de respecter la réglementation en vigueur sur la protection des données (RGPD).</w:t>
      </w:r>
    </w:p>
    <w:p>
      <w:pPr>
        <w:pStyle w:val="Heading1"/>
      </w:pPr>
      <w:r>
        <w:t>Mode d'emploi</w:t>
      </w:r>
    </w:p>
    <w:p>
      <w:pPr>
        <w:pStyle w:val="ListNumber"/>
      </w:pPr>
      <w:r>
        <w:t>Personnalisez le questionnaire en modifiant les questions ou en ajoutant des sections selon vos besoins.</w:t>
      </w:r>
    </w:p>
    <w:p>
      <w:pPr>
        <w:pStyle w:val="ListNumber"/>
      </w:pPr>
      <w:r>
        <w:t>Diffusez-le via un outil en ligne (Google Forms, Sphinx, etc.) ou en version papier.</w:t>
      </w:r>
    </w:p>
    <w:p>
      <w:pPr>
        <w:pStyle w:val="ListNumber"/>
      </w:pPr>
      <w:r>
        <w:t>Anonymisez les réponses pour encourager la sincérité.</w:t>
      </w:r>
    </w:p>
    <w:p>
      <w:pPr>
        <w:pStyle w:val="ListNumber"/>
      </w:pPr>
      <w:r>
        <w:t>Analysez les résultats et partagez une synthèse avec vos équipes.</w:t>
      </w:r>
    </w:p>
    <w:p>
      <w:pPr>
        <w:pStyle w:val="ListNumber"/>
      </w:pPr>
      <w:r>
        <w:t>Mettez en place un plan d'action basé sur les retours.</w:t>
      </w:r>
    </w:p>
    <w:p>
      <w:pPr>
        <w:pStyle w:val="Heading1"/>
      </w:pPr>
      <w:r>
        <w:t>Modèle de questionnaire</w:t>
      </w:r>
    </w:p>
    <w:p>
      <w:r>
        <w:t>Voici un modèle complet de questionnaire salarié. Vous pouvez le copier-coller dans votre outil de sondage.</w:t>
      </w:r>
    </w:p>
    <w:p>
      <w:pPr>
        <w:pStyle w:val="Heading1"/>
      </w:pPr>
      <w:r>
        <w:t>Modèle prêt à adapter</w:t>
      </w:r>
    </w:p>
    <w:p>
      <w:r>
        <w:t>Questionnaire de satisfaction des salariés Introduction : Ce questionnaire a pour but de mieux comprendre votre perception de votre environnement de travail. Vos réponses sont anonymes et confidentielles. Merci de répondre en toute franchise. 1. Dans l'ensemble, êtes-vous satisfait(e) de votre travail ? ☐ Très satisfait(e) ☐ Satisfait(e) ☐ Neutre ☐ Insatisfait(e) ☐ Très insatisfait(e) 2. Recommanderiez-vous notre entreprise comme un bon endroit où travailler ? ☐ Oui, certainement ☐ Oui, probablement ☐ Non, probablement pas ☐ Non, certainement pas 3. Comment évaluez-vous votre charge de travail ? ☐ Trop lourde ☐ Équilibrée ☐ Trop légère 4. Avez-vous les ressources nécessaires pour bien faire votre travail ? ☐ Oui, toujours ☐ Oui, souvent ☐ Parfois ☐ Rarement ☐ Jamais 5. Comment évaluez-vous la communication au sein de votre équipe ? ☐ Excellente ☐ Bonne ☐ Moyenne ☐ Mauvaise ☐ Très mauvaise 6. Vous sentez-vous reconnu(e) pour votre travail ? ☐ Oui, toujours ☐ Oui, souvent ☐ Parfois ☐ Rarement ☐ Jamais 7. Comment évaluez-vous votre équilibre entre vie professionnelle et vie personnelle ? ☐ Très bon ☐ Bon ☐ Moyen ☐ Mauvais ☐ Très mauvais 8. Avez-vous des perspectives d'évolution claires dans l'entreprise ? ☐ Oui ☐ Non ☐ Je ne sais pas 9. Comment évaluez-vous votre relation avec votre supérieur hiérarchique ? ☐ Très bonne ☐ Bonne ☐ Moyenne ☐ Mauvaise ☐ Très mauvaise 10. Qu'est-ce qui vous motive le plus dans votre travail ? (question ouverte) Merci pour votre participation !</w:t>
      </w:r>
    </w:p>
    <w:p>
      <w:pPr>
        <w:pStyle w:val="Heading1"/>
      </w:pPr>
      <w:r>
        <w:t>Checklist</w:t>
      </w:r>
    </w:p>
    <w:p>
      <w:r>
        <w:t>☐ Anonymiser les réponses</w:t>
      </w:r>
    </w:p>
    <w:p>
      <w:r>
        <w:t>☐ Informer les salariés de l'objectif du questionnaire</w:t>
      </w:r>
    </w:p>
    <w:p>
      <w:r>
        <w:t>☐ Prévoir un délai de réponse raisonnable (2 semaines)</w:t>
      </w:r>
    </w:p>
    <w:p>
      <w:r>
        <w:t>☐ Communiquer sur les résultats</w:t>
      </w:r>
    </w:p>
    <w:p>
      <w:r>
        <w:t>☐ Mettre en place un plan d'action</w:t>
      </w:r>
    </w:p>
    <w:p>
      <w:r>
        <w:t>☐ Respecter le RGPD</w:t>
      </w:r>
    </w:p>
    <w:p>
      <w:pPr>
        <w:pStyle w:val="Heading1"/>
      </w:pPr>
      <w:r>
        <w:t>Questions fréquentes</w:t>
      </w:r>
    </w:p>
    <w:p>
      <w:r>
        <w:rPr>
          <w:b/>
        </w:rPr>
        <w:t>Comment garantir l'anonymat des réponses ?</w:t>
      </w:r>
    </w:p>
    <w:p>
      <w:r>
        <w:t>Utilisez un outil de sondage en ligne qui ne collecte pas les adresses IP ou les identifiants. Si vous utilisez le papier, prévoyez une urne fermée et un dépouillement par une personne extérieure.</w:t>
      </w:r>
    </w:p>
    <w:p>
      <w:r>
        <w:rPr>
          <w:b/>
        </w:rPr>
        <w:t>Quelle est la durée idéale pour un questionnaire salarié ?</w:t>
      </w:r>
    </w:p>
    <w:p>
      <w:r>
        <w:t>Il est recommandé de ne pas dépasser 10 à 15 questions pour un questionnaire de satisfaction. Les salariés doivent pouvoir le remplir en moins de 10 minutes.</w:t>
      </w:r>
    </w:p>
    <w:p>
      <w:r>
        <w:rPr>
          <w:b/>
        </w:rPr>
        <w:t>Comment analyser les réponses aux questions ouvertes ?</w:t>
      </w:r>
    </w:p>
    <w:p>
      <w:r>
        <w:t>Regroupez les réponses par thèmes (salaire, management, conditions de travail, etc.) et identifiez les tendances. Utilisez des citations anonymes pour illustrer les points clés.</w:t>
      </w:r>
    </w:p>
    <w:p>
      <w:r>
        <w:t>Ressource créée par TopExemples.fr</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Arial" w:hAnsi="Arial"/>
      <w:sz w:val="21"/>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