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Procès-Verbal d'Assemblée Générale Extraordinaire (AGE) à Télécharger</w:t>
      </w:r>
    </w:p>
    <w:p>
      <w:r>
        <w:t>Ce modèle de procès-verbal d'AGE vous aide à consigner officiellement les décisions prises lors de votre assemblée générale extraordinaire. Il est conforme aux pratiques courantes et peut être adapté à votre situation.</w:t>
      </w:r>
    </w:p>
    <w:p>
      <w:r>
        <w:rPr>
          <w:b/>
        </w:rPr>
        <w:t>Ce document est un exemple générique. Il ne remplace pas l'avis d'un professionnel du droit. Assurez-vous de respecter les règles légales en vigueur dans votre pays.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Préparez l'ordre du jour et convoquez les associés.</w:t>
      </w:r>
    </w:p>
    <w:p>
      <w:pPr>
        <w:pStyle w:val="ListNumber"/>
      </w:pPr>
      <w:r>
        <w:t>Tenez l'assemblée et notez les discussions et votes.</w:t>
      </w:r>
    </w:p>
    <w:p>
      <w:pPr>
        <w:pStyle w:val="ListNumber"/>
      </w:pPr>
      <w:r>
        <w:t>Rédigez le procès-verbal en suivant le modèle.</w:t>
      </w:r>
    </w:p>
    <w:p>
      <w:pPr>
        <w:pStyle w:val="ListNumber"/>
      </w:pPr>
      <w:r>
        <w:t>Faites signer le procès-verbal par le président et le secrétaire.</w:t>
      </w:r>
    </w:p>
    <w:p>
      <w:pPr>
        <w:pStyle w:val="ListNumber"/>
      </w:pPr>
      <w:r>
        <w:t>Conservez le procès-verbal dans le registre des décisions.</w:t>
      </w:r>
    </w:p>
    <w:p>
      <w:pPr>
        <w:pStyle w:val="Heading1"/>
      </w:pPr>
      <w:r>
        <w:t>Exemple de procès-verbal d'AGE</w:t>
      </w:r>
    </w:p>
    <w:p>
      <w:r>
        <w:t>Vous trouverez ci-dessous un exemple complet de procès-verbal d'AGE pour une modification des statuts. Il montre comment structurer les informations.</w:t>
      </w:r>
    </w:p>
    <w:p>
      <w:pPr>
        <w:pStyle w:val="Heading1"/>
      </w:pPr>
      <w:r>
        <w:t>Conseils de rédaction</w:t>
      </w:r>
    </w:p>
    <w:p>
      <w:r>
        <w:t>Soyez précis dans la formulation des résolutions. Indiquez clairement les résultats des votes. N'oubliez pas de mentionner les pièces annexées.</w:t>
      </w:r>
    </w:p>
    <w:p>
      <w:pPr>
        <w:pStyle w:val="Heading1"/>
      </w:pPr>
      <w:r>
        <w:t>Modèle prêt à adapter</w:t>
      </w:r>
    </w:p>
    <w:p>
      <w:r>
        <w:t>PROCÈS-VERBAL D'ASSEMBLÉE GÉNÉRALE EXTRAORDINAIRE Date : [Date] Heure : [Heure] Lieu : [Lieu] Société : [Nom de la société] Forme juridique : [SARL, SA, etc.] Capital social : [Montant] € Siège social : [Adresse] RCS : [Numéro] Présents : [Liste des associés présents ou représentés] Absents : [Liste des associés absents] Président de séance : [Nom] Secrétaire de séance : [Nom] Ordre du jour : 1. [Première résolution] 2. [Deuxième résolution] 3. [Troisième résolution] Déroulement de la séance : [Description des discussions] Votes : Résolution 1 : [Nombre] voix pour, [Nombre] contre, [Nombre] abstentions Résolution 2 : ... Décisions adoptées : [Texte des résolutions adoptées] Annexes : [Liste des documents annexés] Le présent procès-verbal est signé par le président et le secrétaire. Fait à [Lieu], le [Date] Signature du président : [Nom] Signature du secrétaire : [Nom]</w:t>
      </w:r>
    </w:p>
    <w:p>
      <w:pPr>
        <w:pStyle w:val="Heading1"/>
      </w:pPr>
      <w:r>
        <w:t>Checklist</w:t>
      </w:r>
    </w:p>
    <w:p>
      <w:r>
        <w:t>☐ L'ordre du jour est précisé</w:t>
      </w:r>
    </w:p>
    <w:p>
      <w:r>
        <w:t>☐ Les associés sont convoqués conformément aux règles</w:t>
      </w:r>
    </w:p>
    <w:p>
      <w:r>
        <w:t>☐ Les discussions sont résumées</w:t>
      </w:r>
    </w:p>
    <w:p>
      <w:r>
        <w:t>☐ Les votes sont comptés et consignés</w:t>
      </w:r>
    </w:p>
    <w:p>
      <w:r>
        <w:t>☐ Les résolutions sont rédigées clairement</w:t>
      </w:r>
    </w:p>
    <w:p>
      <w:r>
        <w:t>☐ Les signatures sont apposées</w:t>
      </w:r>
    </w:p>
    <w:p>
      <w:r>
        <w:t>☐ Le procès-verbal est conservé dans le registre</w:t>
      </w:r>
    </w:p>
    <w:p>
      <w:pPr>
        <w:pStyle w:val="Heading1"/>
      </w:pPr>
      <w:r>
        <w:t>Questions fréquentes</w:t>
      </w:r>
    </w:p>
    <w:p>
      <w:r>
        <w:rPr>
          <w:b/>
        </w:rPr>
        <w:t>Quand faut-il tenir une assemblée générale extraordinaire ?</w:t>
      </w:r>
    </w:p>
    <w:p>
      <w:r>
        <w:t>Une AGE est nécessaire pour les décisions importantes comme la modification des statuts, l'augmentation de capital, la fusion, ou la dissolution de la société.</w:t>
      </w:r>
    </w:p>
    <w:p>
      <w:r>
        <w:rPr>
          <w:b/>
        </w:rPr>
        <w:t>Quelles sont les mentions obligatoires dans un procès-verbal d'AGE ?</w:t>
      </w:r>
    </w:p>
    <w:p>
      <w:r>
        <w:t>Le procès-verbal doit mentionner la date, le lieu, l'ordre du jour, le déroulement des débats, le texte des résolutions, les résultats des votes et les signatures.</w:t>
      </w:r>
    </w:p>
    <w:p>
      <w:r>
        <w:rPr>
          <w:b/>
        </w:rPr>
        <w:t>Qui doit signer le procès-verbal ?</w:t>
      </w:r>
    </w:p>
    <w:p>
      <w:r>
        <w:t>Le procès-verbal est généralement signé par le président de séance et le secrétaire, ou par tous les associés présents selon les statuts.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