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Portfolio Développeur Web : Structure, Exemple et Checklist</w:t>
      </w:r>
    </w:p>
    <w:p>
      <w:r>
        <w:t>Ce modèle vous aide à créer un portfolio de développeur web structuré et convaincant. Il comprend une structure complète, un exemple rempli, une checklist de validation et un fichier téléchargeable pour vous lancer rapidement.</w:t>
      </w:r>
    </w:p>
    <w:p>
      <w:r>
        <w:rPr>
          <w:b/>
        </w:rPr>
        <w:t>Ce document est un support d'inspiration. Adaptez-le à votre profil et à vos réalisations. Vérifiez l'exactitude des informations avant publication.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Rassemblez vos projets les plus pertinents (2 à 4) avec des captures d'écran ou des liens vers des démos.</w:t>
      </w:r>
    </w:p>
    <w:p>
      <w:pPr>
        <w:pStyle w:val="ListNumber"/>
      </w:pPr>
      <w:r>
        <w:t>Rédigez une accroche personnelle qui résume votre spécialité et votre valeur ajoutée.</w:t>
      </w:r>
    </w:p>
    <w:p>
      <w:pPr>
        <w:pStyle w:val="ListNumber"/>
      </w:pPr>
      <w:r>
        <w:t>Structurez votre portfolio selon le modèle ci-dessous, en adaptant les sections à vos besoins.</w:t>
      </w:r>
    </w:p>
    <w:p>
      <w:pPr>
        <w:pStyle w:val="ListNumber"/>
      </w:pPr>
      <w:r>
        <w:t>Ajoutez des preuves concrètes : chiffres, technologies utilisées, liens vers le code source.</w:t>
      </w:r>
    </w:p>
    <w:p>
      <w:pPr>
        <w:pStyle w:val="ListNumber"/>
      </w:pPr>
      <w:r>
        <w:t>Relisez et testez la navigation sur mobile et desktop.</w:t>
      </w:r>
    </w:p>
    <w:p>
      <w:pPr>
        <w:pStyle w:val="ListNumber"/>
      </w:pPr>
      <w:r>
        <w:t>Publiez votre portfolio en ligne (GitHub Pages, Netlify, Vercel, etc.) et partagez-le.</w:t>
      </w:r>
    </w:p>
    <w:p>
      <w:pPr>
        <w:pStyle w:val="Heading1"/>
      </w:pPr>
      <w:r>
        <w:t>Structure recommandée</w:t>
      </w:r>
    </w:p>
    <w:p>
      <w:r>
        <w:t>1. En-tête : nom, titre (Développeur Full Stack, Front-End, etc.), photo professionnelle, liens vers LinkedIn, GitHub, email.</w:t>
        <w:br/>
        <w:t>2. À propos : 2-3 phrases percutantes sur votre parcours et vos compétences clés.</w:t>
        <w:br/>
        <w:t>3. Projets : sélection de 2 à 4 projets avec image, description, technologies, lien vers le code et la démo.</w:t>
        <w:br/>
        <w:t>4. Compétences : liste des langages, frameworks, outils (avec niveau de maîtrise si pertinent).</w:t>
        <w:br/>
        <w:t>5. Expérience et formation : parcours professionnel et académique (dates, postes, missions).</w:t>
        <w:br/>
        <w:t>6. Contact : formulaire ou coordonnées directes.</w:t>
      </w:r>
    </w:p>
    <w:p>
      <w:pPr>
        <w:pStyle w:val="Heading1"/>
      </w:pPr>
      <w:r>
        <w:t>Exemple rempli</w:t>
      </w:r>
    </w:p>
    <w:p>
      <w:r>
        <w:t>Projet : Site e-commerce « MaBoutique » – Développeur Full Stack (2023)</w:t>
        <w:br/>
        <w:t>- Description : Création d'une plateforme de vente en ligne avec paiement sécurisé, gestion des stocks et espace client.</w:t>
        <w:br/>
        <w:t>- Technologies : React, Node.js, Express, MongoDB, Stripe API.</w:t>
        <w:br/>
        <w:t>- Résultats : +30% de conversions après refonte, temps de chargement réduit de 40%.</w:t>
        <w:br/>
        <w:t>- Lien : démo en ligne et code source sur GitHub.</w:t>
      </w:r>
    </w:p>
    <w:p>
      <w:pPr>
        <w:pStyle w:val="Heading1"/>
      </w:pPr>
      <w:r>
        <w:t>Modèle prêt à adapter</w:t>
      </w:r>
    </w:p>
    <w:p>
      <w:r>
        <w:t>NOM Prénom Développeur Web | Full Stack | [Votre spécialité] 📧 [email] | 📱 [téléphone] | 🔗 [LinkedIn] | 🐙 [GitHub] À PROPOS Développeur passionné avec [X] ans d'expérience. Spécialisé en [technologies], je conçois des applications web performantes et intuitives. Diplômé de [formation] et toujours en veille technologique. PROJETS RÉALISÉS 1. [Nom du projet] - Description : [description courte et impactante] - Technologies : [liste] - Lien : [démo] | [code source] - Résultats : [chiffres ou impact] 2. [Nom du projet] - ... 3. [Nom du projet] - ... COMPÉTENCES TECHNIQUES - Langages : [JavaScript, Python, PHP...] - Frameworks : [React, Vue, Django...] - Bases de données : [MySQL, MongoDB...] - Outils : [Git, Docker, Figma...] EXPÉRIENCE PROFESSIONNELLE [Poste] – [Entreprise] | [Dates] - [Mission 1] - [Mission 2] FORMATION [Diplôme] – [École] | [Année] CONTACT Pour discuter de vos projets : [email] ou [formulaire de contact].</w:t>
      </w:r>
    </w:p>
    <w:p>
      <w:pPr>
        <w:pStyle w:val="Heading1"/>
      </w:pPr>
      <w:r>
        <w:t>Checklist</w:t>
      </w:r>
    </w:p>
    <w:p>
      <w:r>
        <w:t>☐ Accroche personnalisée et sans fautes</w:t>
      </w:r>
    </w:p>
    <w:p>
      <w:r>
        <w:t>☐ Au moins 2 projets détaillés avec visuels</w:t>
      </w:r>
    </w:p>
    <w:p>
      <w:r>
        <w:t>☐ Liens vers GitHub et démo fonctionnels</w:t>
      </w:r>
    </w:p>
    <w:p>
      <w:r>
        <w:t>☐ Compétences à jour et hiérarchisées</w:t>
      </w:r>
    </w:p>
    <w:p>
      <w:r>
        <w:t>☐ Expérience professionnelle datée et concise</w:t>
      </w:r>
    </w:p>
    <w:p>
      <w:r>
        <w:t>☐ Formulaire de contact ou email visible</w:t>
      </w:r>
    </w:p>
    <w:p>
      <w:r>
        <w:t>☐ Optimisation mobile (responsive)</w:t>
      </w:r>
    </w:p>
    <w:p>
      <w:r>
        <w:t>☐ Temps de chargement &lt; 3 secondes</w:t>
      </w:r>
    </w:p>
    <w:p>
      <w:r>
        <w:t>☐ URL propre (ex: prenom-nom.dev)</w:t>
      </w:r>
    </w:p>
    <w:p>
      <w:r>
        <w:t>☐ Lien vers le portfolio dans le CV et LinkedIn</w:t>
      </w:r>
    </w:p>
    <w:p>
      <w:pPr>
        <w:pStyle w:val="Heading1"/>
      </w:pPr>
      <w:r>
        <w:t>Questions fréquentes</w:t>
      </w:r>
    </w:p>
    <w:p>
      <w:r>
        <w:rPr>
          <w:b/>
        </w:rPr>
        <w:t>Combien de projets dois-je présenter dans mon portfolio ?</w:t>
      </w:r>
    </w:p>
    <w:p>
      <w:r>
        <w:t>La qualité prime sur la quantité. Sélectionnez 2 à 4 projets qui montrent votre polyvalence et votre expertise. Chaque projet doit être documenté avec une description claire, les technologies utilisées et un résultat mesurable si possible.</w:t>
      </w:r>
    </w:p>
    <w:p>
      <w:r>
        <w:rPr>
          <w:b/>
        </w:rPr>
        <w:t>Dois-je inclure des projets personnels ou uniquement professionnels ?</w:t>
      </w:r>
    </w:p>
    <w:p>
      <w:r>
        <w:t>Les deux sont pertinents. Les projets personnels montrent votre passion et votre capacité à mener des projets de A à Z. Les projets professionnels démontrent votre expérience en environnement réel. L'essentiel est qu'ils soient représentatifs de vos compétences.</w:t>
      </w:r>
    </w:p>
    <w:p>
      <w:r>
        <w:rPr>
          <w:b/>
        </w:rPr>
        <w:t>Quelles sont les erreurs à éviter dans un portfolio de développeur ?</w:t>
      </w:r>
    </w:p>
    <w:p>
      <w:r>
        <w:t>Évitez les portfolios trop chargés, les liens morts, les fautes d'orthographe, et l'absence de responsive design. Ne négligez pas la partie 'À propos' : elle humanise votre profil. Enfin, assurez-vous que vos projets sont faciles à parcourir et à comprendre pour un recruteur.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