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Ressource pratique : Optimisez Votre Journée avec un Exemple de Planning en 10h</w:t>
      </w:r>
    </w:p>
    <w:p>
      <w:r>
        <w:t>Cette ressource vous propose un planning type sur 10 heures pour organiser votre journée de manière productive. Vous trouverez un modèle téléchargeable, un exemple concret et des conseils pour l'adapter à vos besoins.</w:t>
      </w:r>
    </w:p>
    <w:p>
      <w:r>
        <w:rPr>
          <w:b/>
        </w:rPr>
        <w:t>Ce planning est un exemple générique. Adaptez les horaires et les tâches à votre réalité professionnelle et personnelle. Il ne s'agit pas d'une méthode universelle, mais d'une base à personnaliser.</w:t>
      </w:r>
    </w:p>
    <w:p>
      <w:pPr>
        <w:pStyle w:val="Heading1"/>
      </w:pPr>
      <w:r>
        <w:t>Mode d'emploi</w:t>
      </w:r>
    </w:p>
    <w:p>
      <w:pPr>
        <w:pStyle w:val="ListNumber"/>
      </w:pPr>
      <w:r>
        <w:t>Téléchargez le modèle ou copiez le texte ci-dessous.</w:t>
      </w:r>
    </w:p>
    <w:p>
      <w:pPr>
        <w:pStyle w:val="ListNumber"/>
      </w:pPr>
      <w:r>
        <w:t>Identifiez vos tâches prioritaires et estimez leur durée.</w:t>
      </w:r>
    </w:p>
    <w:p>
      <w:pPr>
        <w:pStyle w:val="ListNumber"/>
      </w:pPr>
      <w:r>
        <w:t>Répartissez-les dans les créneaux en respectant vos pics d'énergie.</w:t>
      </w:r>
    </w:p>
    <w:p>
      <w:pPr>
        <w:pStyle w:val="ListNumber"/>
      </w:pPr>
      <w:r>
        <w:t>Intégrez des pauses pour maintenir votre concentration.</w:t>
      </w:r>
    </w:p>
    <w:p>
      <w:pPr>
        <w:pStyle w:val="ListNumber"/>
      </w:pPr>
      <w:r>
        <w:t>Testez ce planning pendant une semaine et ajustez-le si nécessaire.</w:t>
      </w:r>
    </w:p>
    <w:p>
      <w:pPr>
        <w:pStyle w:val="Heading1"/>
      </w:pPr>
      <w:r>
        <w:t>Structure du planning</w:t>
      </w:r>
    </w:p>
    <w:p>
      <w:r>
        <w:t>Un planning de 10 heures peut être organisé en blocs de 90 minutes avec des pauses de 10-15 minutes. Par exemple : 8h-9h30 : tâche complexe, 9h30-9h45 : pause, 9h45-11h15 : réunions, etc. Adaptez selon vos priorités.</w:t>
      </w:r>
    </w:p>
    <w:p>
      <w:pPr>
        <w:pStyle w:val="Heading1"/>
      </w:pPr>
      <w:r>
        <w:t>Exemple de planning rempli</w:t>
      </w:r>
    </w:p>
    <w:p>
      <w:r>
        <w:t>Voici un exemple pour une journée type : 8h-9h : préparation et emails, 9h-10h30 : projet principal, 10h30-10h45 : pause, 10h45-12h15 : travail collaboratif, 12h15-13h : déjeuner, 13h-14h30 : tâches administratives, 14h30-14h45 : pause, 14h45-16h15 : créativité, 16h15-16h30 : pause, 16h30-18h : finalisation et planification du lendemain.</w:t>
      </w:r>
    </w:p>
    <w:p>
      <w:pPr>
        <w:pStyle w:val="Heading1"/>
      </w:pPr>
      <w:r>
        <w:t>Modèle prêt à adapter</w:t>
      </w:r>
    </w:p>
    <w:p>
      <w:r>
        <w:t>Modèle de planning sur 10 heures Journée du [Date] [Heure début] - [Heure fin] : [Tâche 1] [Heure début] - [Heure fin] : [Tâche 2] [Heure début] - [Heure fin] : Pause [Heure début] - [Heure fin] : [Tâche 3] ... Astuce : Classez les tâches par priorité (urgent/important) et placez les tâches les plus exigeantes dans vos créneaux de forte énergie.</w:t>
      </w:r>
    </w:p>
    <w:p>
      <w:pPr>
        <w:pStyle w:val="Heading1"/>
      </w:pPr>
      <w:r>
        <w:t>Checklist</w:t>
      </w:r>
    </w:p>
    <w:p>
      <w:r>
        <w:t>☐ J'ai listé toutes mes tâches importantes pour la journée.</w:t>
      </w:r>
    </w:p>
    <w:p>
      <w:r>
        <w:t>☐ J'ai estimé la durée de chaque tâche.</w:t>
      </w:r>
    </w:p>
    <w:p>
      <w:r>
        <w:t>☐ J'ai prévu des pauses régulières.</w:t>
      </w:r>
    </w:p>
    <w:p>
      <w:r>
        <w:t>☐ J'ai identifié mes moments de productivité maximale.</w:t>
      </w:r>
    </w:p>
    <w:p>
      <w:r>
        <w:t>☐ J'ai laissé des marges pour les imprévus.</w:t>
      </w:r>
    </w:p>
    <w:p>
      <w:r>
        <w:t>☐ J'ai défini des objectifs clairs pour chaque bloc.</w:t>
      </w:r>
    </w:p>
    <w:p>
      <w:r>
        <w:t>☐ J'ai prévu un moment pour planifier le lendemain.</w:t>
      </w:r>
    </w:p>
    <w:p>
      <w:pPr>
        <w:pStyle w:val="Heading1"/>
      </w:pPr>
      <w:r>
        <w:t>Questions fréquentes</w:t>
      </w:r>
    </w:p>
    <w:p>
      <w:r>
        <w:rPr>
          <w:b/>
        </w:rPr>
        <w:t>Comment gérer les interruptions pendant mon planning ?</w:t>
      </w:r>
    </w:p>
    <w:p>
      <w:r>
        <w:t>Prévoyez des blocs de temps pour les imprévus (par exemple, 30 minutes en fin de journée). Utilisez des techniques comme la méthode Pomodoro pour rester concentré et notez les interruptions pour les traiter plus tard.</w:t>
      </w:r>
    </w:p>
    <w:p>
      <w:r>
        <w:rPr>
          <w:b/>
        </w:rPr>
        <w:t>Que faire si je ne suis pas du matin ?</w:t>
      </w:r>
    </w:p>
    <w:p>
      <w:r>
        <w:t>Adaptez le planning à vos rythmes : si vous êtes plus efficace l'après-midi, placez les tâches complexes à ce moment. L'important est de respecter vos pics d'énergie.</w:t>
      </w:r>
    </w:p>
    <w:p>
      <w:r>
        <w:rPr>
          <w:b/>
        </w:rPr>
        <w:t>Ce planning fonctionne-t-il pour le télétravail ?</w:t>
      </w:r>
    </w:p>
    <w:p>
      <w:r>
        <w:t>Oui, il est adaptable. Ajoutez des pauses pour vous éloigner de l'écran et définissez des limites claires entre vie professionnelle et personnelle. Respectez vos horaires de début et de fin.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