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Title"/>
      </w:pPr>
      <w:r>
        <w:t>Exemple de Plan de Prévention Chantier : Télécharger le Modèle</w:t>
      </w:r>
    </w:p>
    <w:p>
      <w:r>
        <w:t>Ce plan de prévention chantier est un modèle pratique à adapter à chaque projet. Il vous aide à structurer l'identification des risques, les mesures de prévention et les consignes de sécurité. Téléchargez-le, personnalisez-le avec les informations de votre chantier, et utilisez-le comme base de discussion avec votre équipe.</w:t>
      </w:r>
    </w:p>
    <w:p>
      <w:r>
        <w:rPr>
          <w:b/>
        </w:rPr>
        <w:t>Ce document est un modèle générique à titre illustratif. Il ne remplace pas une évaluation des risques réalisée par un professionnel qualifié. Adaptez-le aux spécificités de votre chantier et conformez-vous à la réglementation en vigueur.</w:t>
      </w:r>
    </w:p>
    <w:p>
      <w:pPr>
        <w:pStyle w:val="Heading1"/>
      </w:pPr>
      <w:r>
        <w:t>Mode d'emploi</w:t>
      </w:r>
    </w:p>
    <w:p>
      <w:pPr>
        <w:pStyle w:val="ListNumber"/>
      </w:pPr>
      <w:r>
        <w:t>Téléchargez le modèle Word ou PDF.</w:t>
      </w:r>
    </w:p>
    <w:p>
      <w:pPr>
        <w:pStyle w:val="ListNumber"/>
      </w:pPr>
      <w:r>
        <w:t>Complétez l'en-tête avec les informations du chantier (nom, adresse, dates, entreprise).</w:t>
      </w:r>
    </w:p>
    <w:p>
      <w:pPr>
        <w:pStyle w:val="ListNumber"/>
      </w:pPr>
      <w:r>
        <w:t>Listez les risques identifiés par zone de travail ou par tâche.</w:t>
      </w:r>
    </w:p>
    <w:p>
      <w:pPr>
        <w:pStyle w:val="ListNumber"/>
      </w:pPr>
      <w:r>
        <w:t>Pour chaque risque, décrivez les mesures de prévention et de protection.</w:t>
      </w:r>
    </w:p>
    <w:p>
      <w:pPr>
        <w:pStyle w:val="ListNumber"/>
      </w:pPr>
      <w:r>
        <w:t>Renseignez les consignes de sécurité et les coordonnées des responsables.</w:t>
      </w:r>
    </w:p>
    <w:p>
      <w:pPr>
        <w:pStyle w:val="ListNumber"/>
      </w:pPr>
      <w:r>
        <w:t>Faites valider le plan par le coordonnateur SPS ou le responsable sécurité, puis diffusez-le à tous les intervenants.</w:t>
      </w:r>
    </w:p>
    <w:p>
      <w:pPr>
        <w:pStyle w:val="Heading1"/>
      </w:pPr>
      <w:r>
        <w:t>Aperçu du modèle</w:t>
      </w:r>
    </w:p>
    <w:p>
      <w:r>
        <w:t>Le plan de prévention chantier contient les sections suivantes : identification du chantier, analyse des risques (par étape), mesures de prévention, consignes de sécurité, et gestion des situations d'urgence. Chaque section est présentée sous forme de tableau pour faciliter le remplissage.</w:t>
      </w:r>
    </w:p>
    <w:p>
      <w:pPr>
        <w:pStyle w:val="Heading1"/>
      </w:pPr>
      <w:r>
        <w:t>Conseils de remplissage</w:t>
      </w:r>
    </w:p>
    <w:p>
      <w:r>
        <w:t>Pour chaque risque, soyez précis : décrivez la situation dangereuse, la tâche concernée, et les mesures concrètes. Impliquez les différents corps de métier lors de l'analyse. Mettez à jour le plan dès qu'une modification intervient sur le chantier.</w:t>
      </w:r>
    </w:p>
    <w:p>
      <w:pPr>
        <w:pStyle w:val="Heading1"/>
      </w:pPr>
      <w:r>
        <w:t>Modèle prêt à adapter</w:t>
      </w:r>
    </w:p>
    <w:p>
      <w:r>
        <w:t>PLAN DE PRÉVENTION CHANTIER 1. Identification du chantier - Nom du chantier : [Nom du chantier] - Adresse : [Adresse] - Maître d'ouvrage : [Nom] - Entreprise titulaire : [Nom] - Dates prévues : du [Date début] au [Date fin] - Coordonnateur SPS : [Nom et téléphone] 2. Analyse des risques | Zone / Tâche | Danger identifié | Risque associé | Mesures de prévention | Responsable | |---|---|---|---|---| | Terrassement | Engins en mouvement | Écrasement | Balisage, limitation de vitesse, formation des conducteurs | [Nom] | | Élévation | Chute de matériaux | Blessure | Port du casque, filets de protection, zone d'exclusion | [Nom] | | Travail en hauteur | Chute de personne | Traumatisme | Échafaudage conforme, harnais, formation | [Nom] | | Électricité | Contact avec des câbles | Électrocution | Mise hors tension, balisage, EPI adaptés | [Nom] | 3. Consignes de sécurité - Port des EPI obligatoire : casque, chaussures de sécurité, gants, lunettes. - Respecter les zones de circulation et de stockage. - Signaler tout incident ou situation dangereuse au responsable. - Interdiction de fumer et de boire de l'alcool sur le chantier. 4. Gestion des urgences - Numéros d'urgence : SAMU 15, Pompiers 18, Police 17. - Point de rassemblement : [Lieu] - Responsable des secours : [Nom et téléphone] Date : [Date] Signature de l'entreprise : [Signature]</w:t>
      </w:r>
    </w:p>
    <w:p>
      <w:pPr>
        <w:pStyle w:val="Heading1"/>
      </w:pPr>
      <w:r>
        <w:t>Checklist</w:t>
      </w:r>
    </w:p>
    <w:p>
      <w:r>
        <w:t>☐ L'en-tête est complété avec les informations du chantier.</w:t>
      </w:r>
    </w:p>
    <w:p>
      <w:r>
        <w:t>☐ Toutes les zones de travail sont identifiées.</w:t>
      </w:r>
    </w:p>
    <w:p>
      <w:r>
        <w:t>☐ Les risques sont listés avec leur niveau de gravité.</w:t>
      </w:r>
    </w:p>
    <w:p>
      <w:r>
        <w:t>☐ Des mesures de prévention sont définies pour chaque risque.</w:t>
      </w:r>
    </w:p>
    <w:p>
      <w:r>
        <w:t>☐ Les consignes de sécurité sont claires et affichées.</w:t>
      </w:r>
    </w:p>
    <w:p>
      <w:r>
        <w:t>☐ Les coordonnées des responsables sont indiquées.</w:t>
      </w:r>
    </w:p>
    <w:p>
      <w:r>
        <w:t>☐ Le plan est signé par les parties prenantes.</w:t>
      </w:r>
    </w:p>
    <w:p>
      <w:r>
        <w:t>☐ Le plan est diffusé à tous les intervenants.</w:t>
      </w:r>
    </w:p>
    <w:p>
      <w:r>
        <w:t>☐ Le plan est mis à jour en cas de modification.</w:t>
      </w:r>
    </w:p>
    <w:p>
      <w:r>
        <w:t>☐ Une copie est conservée sur le chantier.</w:t>
      </w:r>
    </w:p>
    <w:p>
      <w:pPr>
        <w:pStyle w:val="Heading1"/>
      </w:pPr>
      <w:r>
        <w:t>Questions fréquentes</w:t>
      </w:r>
    </w:p>
    <w:p>
      <w:r>
        <w:rPr>
          <w:b/>
        </w:rPr>
        <w:t>Ce plan de prévention est-il obligatoire ?</w:t>
      </w:r>
    </w:p>
    <w:p>
      <w:r>
        <w:t>La réglementation impose un plan de prévention pour les opérations de chargement et de déchargement, les travaux dangereux ou en co-activité. Pour les autres chantiers, il est fortement recommandé. Ce modèle peut servir de base, mais vérifiez les exigences légales spécifiques à votre situation.</w:t>
      </w:r>
    </w:p>
    <w:p>
      <w:r>
        <w:rPr>
          <w:b/>
        </w:rPr>
        <w:t>Qui doit remplir ce plan ?</w:t>
      </w:r>
    </w:p>
    <w:p>
      <w:r>
        <w:t>L'entreprise qui réalise les travaux, en collaboration avec le maître d'ouvrage et le coordonnateur SPS. Chaque entreprise intervenante doit être impliquée pour identifier les risques liés à ses activités.</w:t>
      </w:r>
    </w:p>
    <w:p>
      <w:r>
        <w:rPr>
          <w:b/>
        </w:rPr>
        <w:t>Comment adapter ce modèle à mon chantier ?</w:t>
      </w:r>
    </w:p>
    <w:p>
      <w:r>
        <w:t>Remplacez les exemples par vos propres données. Analysez les tâches réelles, les machines utilisées, les matériaux, et consultez les fiches de données de sécurité. Impliquez les travailleurs pour une analyse plus complète.</w:t>
      </w:r>
    </w:p>
    <w:p>
      <w:r>
        <w:t>Ressource créée par TopExemples.fr</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Arial" w:hAnsi="Arial"/>
      <w:sz w:val="21"/>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