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pétition efficace et prêt à l'emploi</w:t>
      </w:r>
    </w:p>
    <w:p>
      <w:r>
        <w:t>Ce modèle de pétition vous guide pour rédiger une demande claire et convaincante, à destination des décideurs. Personnalisez les champs entre crochets pour votre cause, puis collectez des signatures en ligne ou en version papier.</w:t>
      </w:r>
    </w:p>
    <w:p>
      <w:r>
        <w:rPr>
          <w:b/>
        </w:rPr>
        <w:t>Ce modèle est un outil d'aide à la rédaction. Avant de lancer une pétition, vérifiez les règles légales en vigueur dans votre pays concernant les pétitions et la collecte de signatures.</w:t>
      </w:r>
    </w:p>
    <w:p>
      <w:pPr>
        <w:pStyle w:val="Heading1"/>
      </w:pPr>
      <w:r>
        <w:t>Mode d'emploi</w:t>
      </w:r>
    </w:p>
    <w:p>
      <w:pPr>
        <w:pStyle w:val="ListNumber"/>
      </w:pPr>
      <w:r>
        <w:t>Définissez l'objectif précis de votre pétition (changement de loi, action locale, etc.).</w:t>
      </w:r>
    </w:p>
    <w:p>
      <w:pPr>
        <w:pStyle w:val="ListNumber"/>
      </w:pPr>
      <w:r>
        <w:t>Identifiez le destinataire (maire, député, entreprise, etc.).</w:t>
      </w:r>
    </w:p>
    <w:p>
      <w:pPr>
        <w:pStyle w:val="ListNumber"/>
      </w:pPr>
      <w:r>
        <w:t>Rédigez un texte court et percutant en utilisant le modèle ci-dessous.</w:t>
      </w:r>
    </w:p>
    <w:p>
      <w:pPr>
        <w:pStyle w:val="ListNumber"/>
      </w:pPr>
      <w:r>
        <w:t>Collectez les signatures en ligne (plateformes dédiées) ou en version papier.</w:t>
      </w:r>
    </w:p>
    <w:p>
      <w:pPr>
        <w:pStyle w:val="ListNumber"/>
      </w:pPr>
      <w:r>
        <w:t>Remettez la pétition au destinataire avec un courrier d'accompagnement.</w:t>
      </w:r>
    </w:p>
    <w:p>
      <w:pPr>
        <w:pStyle w:val="Heading1"/>
      </w:pPr>
      <w:r>
        <w:t>Structure d'une pétition</w:t>
      </w:r>
    </w:p>
    <w:p>
      <w:r>
        <w:t>Une pétition comprend généralement : un titre accrocheur, une adresse au destinataire, un exposé des faits, une demande précise, et une formule de politesse. Les signatures sont recueillies avec nom, prénom et parfois adresse.</w:t>
      </w:r>
    </w:p>
    <w:p>
      <w:pPr>
        <w:pStyle w:val="Heading1"/>
      </w:pPr>
      <w:r>
        <w:t>Conseils pour une pétition efficace</w:t>
      </w:r>
    </w:p>
    <w:p>
      <w:r>
        <w:t>Soyez précis dans votre demande, utilisez des faits concrets, et proposez une solution. Un ton respectueux et argumenté augmente vos chances d'être entendu. Pensez à diffuser votre pétition sur les réseaux sociaux et auprès des associations concernées.</w:t>
      </w:r>
    </w:p>
    <w:p>
      <w:pPr>
        <w:pStyle w:val="Heading1"/>
      </w:pPr>
      <w:r>
        <w:t>Modèle prêt à adapter</w:t>
      </w:r>
    </w:p>
    <w:p>
      <w:r>
        <w:t>PÉTITION Titre : [Titre accrocheur de votre pétition] À l'attention de : [Nom et fonction du destinataire] Nous, soussignés, citoyens et citoyennes, attirons votre attention sur [sujet de la pétition]. En effet, [exposez les faits de manière claire et factuelle]. Cette situation a des conséquences [précisez les impacts]. C'est pourquoi nous vous demandons de [formulez votre demande précise, par exemple : prendre des mesures pour...]. Nous vous prions d'agir dans les plus brefs délais afin de [objectif final]. Les signatures sont jointes à la présente. Fait à [Ville], le [Date] Signatures : [Nom Prénom] - [Adresse] - [Date de signature] [Nom Prénom] - [Adresse] - [Date de signature] ...</w:t>
      </w:r>
    </w:p>
    <w:p>
      <w:pPr>
        <w:pStyle w:val="Heading1"/>
      </w:pPr>
      <w:r>
        <w:t>Checklist</w:t>
      </w:r>
    </w:p>
    <w:p>
      <w:r>
        <w:t>☐ Titre clair et percutant</w:t>
      </w:r>
    </w:p>
    <w:p>
      <w:r>
        <w:t>☐ Destinataire identifié avec son adresse</w:t>
      </w:r>
    </w:p>
    <w:p>
      <w:r>
        <w:t>☐ Exposé des faits factuel et concis</w:t>
      </w:r>
    </w:p>
    <w:p>
      <w:r>
        <w:t>☐ Demande précise et réalisable</w:t>
      </w:r>
    </w:p>
    <w:p>
      <w:r>
        <w:t>☐ Formule de politesse</w:t>
      </w:r>
    </w:p>
    <w:p>
      <w:r>
        <w:t>☐ Espace pour les signatures avec nom, prénom et adresse</w:t>
      </w:r>
    </w:p>
    <w:p>
      <w:r>
        <w:t>☐ Date et lieu de rédaction</w:t>
      </w:r>
    </w:p>
    <w:p>
      <w:pPr>
        <w:pStyle w:val="Heading1"/>
      </w:pPr>
      <w:r>
        <w:t>Questions fréquentes</w:t>
      </w:r>
    </w:p>
    <w:p>
      <w:r>
        <w:rPr>
          <w:b/>
        </w:rPr>
        <w:t>Combien de signatures faut-il pour qu'une pétition soit efficace ?</w:t>
      </w:r>
    </w:p>
    <w:p>
      <w:r>
        <w:t>Le nombre de signatures dépend de l'objectif et du destinataire. Pour une pétition locale, quelques centaines peuvent suffire, tandis que pour une cause nationale, il en faut souvent des milliers. L'important est de montrer un soutien significatif.</w:t>
      </w:r>
    </w:p>
    <w:p>
      <w:r>
        <w:rPr>
          <w:b/>
        </w:rPr>
        <w:t>Puis-je utiliser ce modèle pour une pétition en ligne ?</w:t>
      </w:r>
    </w:p>
    <w:p>
      <w:r>
        <w:t>Oui, vous pouvez adapter ce texte pour une plateforme en ligne. Il suffit de remplacer la section signatures par un lien vers votre page de collecte. Assurez-vous de respecter les conditions d'utilisation de la plateforme.</w:t>
      </w:r>
    </w:p>
    <w:p>
      <w:r>
        <w:rPr>
          <w:b/>
        </w:rPr>
        <w:t>Que faire après avoir collecté les signatures ?</w:t>
      </w:r>
    </w:p>
    <w:p>
      <w:r>
        <w:t>Remettez la pétition au destinataire par courrier recommandé ou en main propre, avec une lettre d'accompagnement. Conservez une copie de la pétition et des preuves d'envoi. Vous pouvez également organiser une action de sensibilisation pour renforcer l'impact.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