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d'organigramme vierge à personnaliser</w:t>
      </w:r>
    </w:p>
    <w:p>
      <w:r>
        <w:t>Ce modèle d'organigramme vous permet de visualiser la structure de votre équipe ou entreprise. Téléchargez le fichier Word ou copiez le texte pour créer votre organigramme en quelques minutes.</w:t>
      </w:r>
    </w:p>
    <w:p>
      <w:r>
        <w:rPr>
          <w:b/>
        </w:rPr>
        <w:t>Aucun avertissement spécifique requis pour ce modèle générique.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ou copiez le texte ci-dessous.</w:t>
      </w:r>
    </w:p>
    <w:p>
      <w:pPr>
        <w:pStyle w:val="ListNumber"/>
      </w:pPr>
      <w:r>
        <w:t>Remplacez les noms et titres entre crochets par les informations réelles.</w:t>
      </w:r>
    </w:p>
    <w:p>
      <w:pPr>
        <w:pStyle w:val="ListNumber"/>
      </w:pPr>
      <w:r>
        <w:t>Ajustez la hiérarchie selon votre organisation.</w:t>
      </w:r>
    </w:p>
    <w:p>
      <w:pPr>
        <w:pStyle w:val="ListNumber"/>
      </w:pPr>
      <w:r>
        <w:t>Ajoutez des lignes ou des départements si nécessaire.</w:t>
      </w:r>
    </w:p>
    <w:p>
      <w:pPr>
        <w:pStyle w:val="ListNumber"/>
      </w:pPr>
      <w:r>
        <w:t>Enregistrez et partagez votre organigramme.</w:t>
      </w:r>
    </w:p>
    <w:p>
      <w:pPr>
        <w:pStyle w:val="Heading1"/>
      </w:pPr>
      <w:r>
        <w:t>Comment utiliser ce modèle</w:t>
      </w:r>
    </w:p>
    <w:p>
      <w:r>
        <w:t>Ce modèle présente une structure hiérarchique typique. Adaptez les niveaux et les intitulés à votre organisation. Vous pouvez utiliser des formes et des connecteurs dans Word pour créer un organigramme visuel.</w:t>
      </w:r>
    </w:p>
    <w:p>
      <w:pPr>
        <w:pStyle w:val="Heading1"/>
      </w:pPr>
      <w:r>
        <w:t>Conseils de personnalisation</w:t>
      </w:r>
    </w:p>
    <w:p>
      <w:r>
        <w:t>Identifiez les postes clés et les relations de subordination. Utilisez des couleurs pour différencier les départements. Mettez à jour l'organigramme régulièrement.</w:t>
      </w:r>
    </w:p>
    <w:p>
      <w:pPr>
        <w:pStyle w:val="Heading1"/>
      </w:pPr>
      <w:r>
        <w:t>Modèle prêt à adapter</w:t>
      </w:r>
    </w:p>
    <w:p>
      <w:r>
        <w:t>ORGANIGRAMME DE [Nom de l'entreprise] Direction Générale : [Nom du dirigeant] Secrétariat : [Nom] Direction des Opérations : [Nom] - Service Production : [Nom] - Service Qualité : [Nom] Direction Commerciale : [Nom] - Service Ventes : [Nom] - Service Marketing : [Nom] Direction Financière : [Nom] - Service Comptabilité : [Nom] - Service Contrôle de Gestion : [Nom] Direction des Ressources Humaines : [Nom] - Service Recrutement : [Nom] - Service Paie : [Nom] Direction des Systèmes d'Information : [Nom] - Service Support : [Nom] - Service Développement : [Nom]</w:t>
      </w:r>
    </w:p>
    <w:p>
      <w:pPr>
        <w:pStyle w:val="Heading1"/>
      </w:pPr>
      <w:r>
        <w:t>Checklist</w:t>
      </w:r>
    </w:p>
    <w:p>
      <w:r>
        <w:t>☐ Identifier les départements et services.</w:t>
      </w:r>
    </w:p>
    <w:p>
      <w:r>
        <w:t>☐ Définir les niveaux hiérarchiques.</w:t>
      </w:r>
    </w:p>
    <w:p>
      <w:r>
        <w:t>☐ Attribuer les responsables.</w:t>
      </w:r>
    </w:p>
    <w:p>
      <w:r>
        <w:t>☐ Vérifier la cohérence des relations.</w:t>
      </w:r>
    </w:p>
    <w:p>
      <w:r>
        <w:t>☐ Inclure les postes vacants si nécessaire.</w:t>
      </w:r>
    </w:p>
    <w:p>
      <w:r>
        <w:t>☐ Mettre à jour régulièrement.</w:t>
      </w:r>
    </w:p>
    <w:p>
      <w:pPr>
        <w:pStyle w:val="Heading1"/>
      </w:pPr>
      <w:r>
        <w:t>Questions fréquentes</w:t>
      </w:r>
    </w:p>
    <w:p>
      <w:r>
        <w:rPr>
          <w:b/>
        </w:rPr>
        <w:t>Qu'est-ce qu'un organigramme ?</w:t>
      </w:r>
    </w:p>
    <w:p>
      <w:r>
        <w:t>Un organigramme est une représentation graphique de la structure d'une organisation, montrant les liens hiérarchiques et fonctionnels entre les personnes et les services.</w:t>
      </w:r>
    </w:p>
    <w:p>
      <w:r>
        <w:rPr>
          <w:b/>
        </w:rPr>
        <w:t>Quels sont les types d'organigrammes ?</w:t>
      </w:r>
    </w:p>
    <w:p>
      <w:r>
        <w:t>Il existe plusieurs types : hiérarchique (vertical), matriciel, en réseau, etc. Le plus courant est l'organigramme hiérarchique, qui montre les relations de subordination.</w:t>
      </w:r>
    </w:p>
    <w:p>
      <w:r>
        <w:rPr>
          <w:b/>
        </w:rPr>
        <w:t>Comment créer un organigramme avec Word ?</w:t>
      </w:r>
    </w:p>
    <w:p>
      <w:r>
        <w:t>Dans Word, utilisez l'onglet Insertion, puis SmartArt, et choisissez un modèle d'organigramme. Vous pouvez ensuite ajouter des formes et du texte.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