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mémoire technique pour marché public</w:t>
      </w:r>
    </w:p>
    <w:p>
      <w:r>
        <w:t>Ce modèle de mémoire technique vous aide à structurer votre réponse à un appel d'offres public. Il est conçu pour être adapté à votre entreprise et à chaque marché.</w:t>
      </w:r>
    </w:p>
    <w:p>
      <w:r>
        <w:rPr>
          <w:b/>
        </w:rPr>
        <w:t>Ce document est un modèle générique. Adaptez-le à votre projet et vérifiez les exigences spécifiques de chaque appel d'offres.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Lisez attentivement le règlement de la consultation et le cahier des charges.</w:t>
      </w:r>
    </w:p>
    <w:p>
      <w:pPr>
        <w:pStyle w:val="ListNumber"/>
      </w:pPr>
      <w:r>
        <w:t>Identifiez les critères d'évaluation et les exigences techniques mentionnés.</w:t>
      </w:r>
    </w:p>
    <w:p>
      <w:pPr>
        <w:pStyle w:val="ListNumber"/>
      </w:pPr>
      <w:r>
        <w:t>Remplissez chaque section du modèle avec des informations précises et vérifiables.</w:t>
      </w:r>
    </w:p>
    <w:p>
      <w:pPr>
        <w:pStyle w:val="ListNumber"/>
      </w:pPr>
      <w:r>
        <w:t>Relisez et faites relire votre mémoire technique avant de le soumettre.</w:t>
      </w:r>
    </w:p>
    <w:p>
      <w:pPr>
        <w:pStyle w:val="Heading1"/>
      </w:pPr>
      <w:r>
        <w:t>Structure du mémoire technique</w:t>
      </w:r>
    </w:p>
    <w:p>
      <w:r>
        <w:t>Le modèle comprend : une page de garde, une introduction, la présentation de l'entreprise, la compréhension du besoin, la méthodologie proposée, le planning prévisionnel, les moyens humains et matériels, les références, et une conclusion.</w:t>
      </w:r>
    </w:p>
    <w:p>
      <w:pPr>
        <w:pStyle w:val="Heading1"/>
      </w:pPr>
      <w:r>
        <w:t>Conseils de rédaction</w:t>
      </w:r>
    </w:p>
    <w:p>
      <w:r>
        <w:t>Soyez concret et chiffré. Décrivez précisément comment vous allez réaliser les prestations. Mettez en avant vos atouts différenciants. Restez honnête : ne promettez pas ce que vous ne pouvez pas tenir.</w:t>
      </w:r>
    </w:p>
    <w:p>
      <w:pPr>
        <w:pStyle w:val="Heading1"/>
      </w:pPr>
      <w:r>
        <w:t>Modèle prêt à adapter</w:t>
      </w:r>
    </w:p>
    <w:p>
      <w:r>
        <w:t>MODÈLE DE MÉMOIRE TECHNIQUE [Votre Logo] [Nom de l'entreprise] [Adresse] [Code postal Ville] [Téléphone] | [Email] MÉMOIRE TECHNIQUE Marché : [Intitulé du marché] Référence : [Référence de l'appel d'offres] Date : [Date de rédaction] 1. PRÉSENTATION DE L'ENTREPRISE [Présentez votre entreprise : historique, activité, effectifs, chiffre d'affaires, etc.] 2. COMPRÉHENSION DU BESOIN [Montrez que vous avez bien analysé le besoin du pouvoir adjudicateur. Reprenez les points clés du cahier des charges.] 3. MÉTHODOLOGIE PROPOSÉE [Expliquez votre approche technique : étapes, moyens, outils, contrôle qualité.] 4. PLANNING PRÉVISIONNEL [Indiquez les grandes étapes et les délais de réalisation.] 5. MOYENS HUMAINS ET MATÉRIELS [Présentez l'équipe dédiée et les équipements utilisés.] 6. RÉFÉRENCES [Citez des projets similaires réalisés, avec contacts.] 7. CONCLUSION [Rappelez votre motivation et votre capacité à réaliser le marché.] Fait à [Ville], le [Date] Signature : [Nom et fonction]</w:t>
      </w:r>
    </w:p>
    <w:p>
      <w:pPr>
        <w:pStyle w:val="Heading1"/>
      </w:pPr>
      <w:r>
        <w:t>Checklist</w:t>
      </w:r>
    </w:p>
    <w:p>
      <w:r>
        <w:t>☐ Avez-vous relu le cahier des charges ?</w:t>
      </w:r>
    </w:p>
    <w:p>
      <w:r>
        <w:t>☐ Avez-vous mentionné les références demandées ?</w:t>
      </w:r>
    </w:p>
    <w:p>
      <w:r>
        <w:t>☐ Avez-vous chiffré vos moyens ?</w:t>
      </w:r>
    </w:p>
    <w:p>
      <w:r>
        <w:t>☐ Avez-vous fait relire le document ?</w:t>
      </w:r>
    </w:p>
    <w:p>
      <w:r>
        <w:t>☐ Avez-vous respecté le format imposé ?</w:t>
      </w:r>
    </w:p>
    <w:p>
      <w:r>
        <w:t>☐ Avez-vous signé le document ?</w:t>
      </w:r>
    </w:p>
    <w:p>
      <w:pPr>
        <w:pStyle w:val="Heading1"/>
      </w:pPr>
      <w:r>
        <w:t>Questions fréquentes</w:t>
      </w:r>
    </w:p>
    <w:p>
      <w:r>
        <w:rPr>
          <w:b/>
        </w:rPr>
        <w:t>Quelle longueur doit faire un mémoire technique ?</w:t>
      </w:r>
    </w:p>
    <w:p>
      <w:r>
        <w:t>Il n'y a pas de règle stricte, mais généralement 10 à 20 pages. L'important est de couvrir tous les points demandés de manière concise et pertinente.</w:t>
      </w:r>
    </w:p>
    <w:p>
      <w:r>
        <w:rPr>
          <w:b/>
        </w:rPr>
        <w:t>Dois-je inclure des photos ou des schémas ?</w:t>
      </w:r>
    </w:p>
    <w:p>
      <w:r>
        <w:t>Oui, si cela aide à comprendre votre proposition. Les visuels peuvent renforcer votre argumentation, mais ne doivent pas remplacer le texte.</w:t>
      </w:r>
    </w:p>
    <w:p>
      <w:r>
        <w:rPr>
          <w:b/>
        </w:rPr>
        <w:t>Puis-je utiliser ce modèle pour tous les marchés ?</w:t>
      </w:r>
    </w:p>
    <w:p>
      <w:r>
        <w:t>Ce modèle est une base, mais chaque appel d'offres a des exigences spécifiques. Adaptez-le systématiquement.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