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Exemple de mémoire technique pour appel d'offres : modèle téléchargeable</w:t>
      </w:r>
    </w:p>
    <w:p>
      <w:r>
        <w:t>Ce modèle de mémoire technique vous aide à structurer votre réponse à un appel d'offres. Il est conçu pour être adapté à votre projet et à votre entreprise. Téléchargez-le, personnalisez-le et utilisez-le comme base solide pour convaincre le maître d'ouvrage.</w:t>
      </w:r>
    </w:p>
    <w:p>
      <w:r>
        <w:rPr>
          <w:b/>
        </w:rPr>
        <w:t>Ce document est un modèle générique. Adaptez-le aux exigences spécifiques de chaque appel d'offres. Vérifiez que toutes les pièces demandées sont fournies et respectez les délais.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modèle de mémoire technique ci-dessous.</w:t>
      </w:r>
    </w:p>
    <w:p>
      <w:pPr>
        <w:pStyle w:val="ListNumber"/>
      </w:pPr>
      <w:r>
        <w:t>Remplacez les informations entre crochets par vos données réelles.</w:t>
      </w:r>
    </w:p>
    <w:p>
      <w:pPr>
        <w:pStyle w:val="ListNumber"/>
      </w:pPr>
      <w:r>
        <w:t>Relisez attentivement et faites relire par un tiers pour éviter les erreurs.</w:t>
      </w:r>
    </w:p>
    <w:p>
      <w:pPr>
        <w:pStyle w:val="ListNumber"/>
      </w:pPr>
      <w:r>
        <w:t>Exportez en PDF et déposez votre mémoire technique sur la plateforme indiquée dans le règlement de consultation.</w:t>
      </w:r>
    </w:p>
    <w:p>
      <w:pPr>
        <w:pStyle w:val="Heading1"/>
      </w:pPr>
      <w:r>
        <w:t>Structure recommandée</w:t>
      </w:r>
    </w:p>
    <w:p>
      <w:r>
        <w:t>Un mémoire technique efficace suit généralement cette structure : 1) Présentation de l'entreprise, 2) Compréhension du besoin, 3) Méthodologie et organisation, 4) Moyens humains et techniques, 5) Planning prévisionnel, 6) Qualité et sécurité, 7) Annexes.</w:t>
      </w:r>
    </w:p>
    <w:p>
      <w:pPr>
        <w:pStyle w:val="Heading1"/>
      </w:pPr>
      <w:r>
        <w:t>Conseils de rédaction</w:t>
      </w:r>
    </w:p>
    <w:p>
      <w:r>
        <w:t>Soyez précis et concret : donnez des exemples de réalisations similaires. Utilisez des schémas ou des tableaux pour clarifier. Mettez en avant votre valeur ajoutée. Relisez-vous pour éliminer les fautes et assurez-vous que le document est bien présenté.</w:t>
      </w:r>
    </w:p>
    <w:p>
      <w:pPr>
        <w:pStyle w:val="Heading1"/>
      </w:pPr>
      <w:r>
        <w:t>Modèle prêt à adapter</w:t>
      </w:r>
    </w:p>
    <w:p>
      <w:r>
        <w:t>MEMOIRE TECHNIQUE Appel d'offres n° : [Numéro] Intitulé : [Intitulé] Candidat : [Nom de l'entreprise] 1. PRÉSENTATION DE L'ENTREPRISE [Présentez votre entreprise : historique, domaines d'activité, effectifs, chiffre d'affaires, références clés.] 2. COMPRÉHENSION DU BESOIN [Reprenez les points clés du cahier des charges et montrez que vous avez compris les enjeux.] 3. MÉTHODOLOGIE ET ORGANISATION [Expliquez votre méthode de travail, les étapes clés, les outils utilisés, et l'organisation de l'équipe.] 4. MOYENS HUMAINS ET TECHNIQUES [Présentez les compétences de votre équipe, les CV des intervenants clés, et les moyens matériels.] 5. PLANNING PRÉVISIONNEL [Fournissez un planning indicatif avec les grandes phases et les jalons.] 6. QUALITÉ ET SÉCURITÉ [Décrivez votre démarche qualité, les certifications, et les mesures de sécurité.] 7. ANNEXES [Documents complémentaires : attestations, références, etc.] Fait à [Ville], le [Date] Signature : [Nom du représentant]</w:t>
      </w:r>
    </w:p>
    <w:p>
      <w:pPr>
        <w:pStyle w:val="Heading1"/>
      </w:pPr>
      <w:r>
        <w:t>Checklist</w:t>
      </w:r>
    </w:p>
    <w:p>
      <w:r>
        <w:t>☐ J'ai relu le cahier des charges et noté les exigences.</w:t>
      </w:r>
    </w:p>
    <w:p>
      <w:r>
        <w:t>☐ J'ai personnalisé chaque section avec des informations réelles.</w:t>
      </w:r>
    </w:p>
    <w:p>
      <w:r>
        <w:t>☐ J'ai inclus des références pertinentes.</w:t>
      </w:r>
    </w:p>
    <w:p>
      <w:r>
        <w:t>☐ J'ai vérifié que le planning est réaliste.</w:t>
      </w:r>
    </w:p>
    <w:p>
      <w:r>
        <w:t>☐ J'ai ajouté les annexes demandées.</w:t>
      </w:r>
    </w:p>
    <w:p>
      <w:r>
        <w:t>☐ J'ai relu le document pour corriger les fautes.</w:t>
      </w:r>
    </w:p>
    <w:p>
      <w:r>
        <w:t>☐ J'ai converti en PDF et vérifié le poids du fichier.</w:t>
      </w:r>
    </w:p>
    <w:p>
      <w:r>
        <w:t>☐ J'ai respecté le nombre de pages maximum si précisé.</w:t>
      </w:r>
    </w:p>
    <w:p>
      <w:pPr>
        <w:pStyle w:val="Heading1"/>
      </w:pPr>
      <w:r>
        <w:t>Questions fréquentes</w:t>
      </w:r>
    </w:p>
    <w:p>
      <w:r>
        <w:rPr>
          <w:b/>
        </w:rPr>
        <w:t>Quelle est la longueur idéale d'un mémoire technique ?</w:t>
      </w:r>
    </w:p>
    <w:p>
      <w:r>
        <w:t>Cela dépend des exigences de l'appel d'offres. En général, 20 à 40 pages suffisent, mais respectez les limites indiquées dans le règlement de consultation.</w:t>
      </w:r>
    </w:p>
    <w:p>
      <w:r>
        <w:rPr>
          <w:b/>
        </w:rPr>
        <w:t>Dois-je inclure des références clients ?</w:t>
      </w:r>
    </w:p>
    <w:p>
      <w:r>
        <w:t>Oui, les références sont importantes pour prouver votre expérience. Choisissez des projets similaires en nature et en ampleur.</w:t>
      </w:r>
    </w:p>
    <w:p>
      <w:r>
        <w:rPr>
          <w:b/>
        </w:rPr>
        <w:t>Comment mettre en valeur mon offre ?</w:t>
      </w:r>
    </w:p>
    <w:p>
      <w:r>
        <w:t>Soyez clair, concret et différenciez-vous par votre méthodologie, vos innovations ou votre organisation. Utilisez des visuels pour appuyer vos propos.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