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Mandat SEPA Rempli et Téléchargeable</w:t>
      </w:r>
    </w:p>
    <w:p>
      <w:r>
        <w:t>Ce document vous fournit un exemple complet de mandat SEPA prérempli, avec des instructions pas à pas pour le remplir correctement. Vous pouvez copier le texte ci-dessous ou télécharger le fichier prêt à l'emploi.</w:t>
      </w:r>
    </w:p>
    <w:p>
      <w:r>
        <w:rPr>
          <w:b/>
        </w:rPr>
        <w:t>Ce modèle est fourni à titre d'exemple. Avant de l'utiliser, vérifiez les exigences de votre banque et les réglementations en vigueur. Pour des cas particuliers, consultez un conseiller financier.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ou copiez le texte du modèle.</w:t>
      </w:r>
    </w:p>
    <w:p>
      <w:pPr>
        <w:pStyle w:val="ListNumber"/>
      </w:pPr>
      <w:r>
        <w:t>Remplacez les informations entre crochets par vos données réelles (nom, IBAN, BIC, etc.).</w:t>
      </w:r>
    </w:p>
    <w:p>
      <w:pPr>
        <w:pStyle w:val="ListNumber"/>
      </w:pPr>
      <w:r>
        <w:t>Relisez attentivement toutes les informations pour éviter les erreurs.</w:t>
      </w:r>
    </w:p>
    <w:p>
      <w:pPr>
        <w:pStyle w:val="ListNumber"/>
      </w:pPr>
      <w:r>
        <w:t>Signez le mandat électroniquement ou manuellement selon les modalités de votre banque.</w:t>
      </w:r>
    </w:p>
    <w:p>
      <w:pPr>
        <w:pStyle w:val="ListNumber"/>
      </w:pPr>
      <w:r>
        <w:t>Envoyez le mandat à votre créancier ou conservez-le selon vos besoins.</w:t>
      </w:r>
    </w:p>
    <w:p>
      <w:pPr>
        <w:pStyle w:val="Heading1"/>
      </w:pPr>
      <w:r>
        <w:t>Exemple de Mandat SEPA Rempli</w:t>
      </w:r>
    </w:p>
    <w:p>
      <w:r>
        <w:t>Voici un exemple concret de mandat SEPA avec des données fictives. Utilisez-le comme référence pour remplir le vôtre.</w:t>
      </w:r>
    </w:p>
    <w:p>
      <w:pPr>
        <w:pStyle w:val="Heading1"/>
      </w:pPr>
      <w:r>
        <w:t>Instructions de Remplissage</w:t>
      </w:r>
    </w:p>
    <w:p>
      <w:r>
        <w:t>Chaque champ est expliqué en détail pour vous aider à éviter les erreurs courantes.</w:t>
      </w:r>
    </w:p>
    <w:p>
      <w:pPr>
        <w:pStyle w:val="Heading1"/>
      </w:pPr>
      <w:r>
        <w:t>Modèle prêt à adapter</w:t>
      </w:r>
    </w:p>
    <w:p>
      <w:r>
        <w:t>MANDAT DE PRÉLÈVEMENT SEPA En signant ce formulaire de mandat, vous autorisez [Nom du Créancier] à envoyer des instructions à votre banque pour débiter votre compte, et votre banque à débiter votre compte conformément aux instructions du [Nom du Créancier]. Vous bénéficiez du droit d'être remboursé par votre banque selon les conditions décrites dans votre convention de banque. Une demande de remboursement doit être présentée dans les 8 semaines suivant la date de débit de votre compte pour un prélèvement autorisé. Référence unique du mandat (RUM) : [Référence unique] Identifiant du créancier (ICS) : [Identifiant Créancier SEPA] Nom du créancier : [Nom du Créancier] Adresse du créancier : [Adresse du Créancier] Nom du débiteur : [Nom du Débiteur] Adresse du débiteur : [Adresse du Débiteur] IBAN du débiteur : [IBAN] BIC du débiteur : [BIC] Type de paiement : [Recurrent / Ponctuel] Date de signature : [Date] Lieu de signature : [Ville] Signature du débiteur : [Signature] Pour les mandats papier, veuillez retourner ce formulaire à : [Adresse de retour].</w:t>
      </w:r>
    </w:p>
    <w:p>
      <w:pPr>
        <w:pStyle w:val="Heading1"/>
      </w:pPr>
      <w:r>
        <w:t>Checklist</w:t>
      </w:r>
    </w:p>
    <w:p>
      <w:r>
        <w:t>☐ Vérifier que l'IBAN est correct et complet.</w:t>
      </w:r>
    </w:p>
    <w:p>
      <w:r>
        <w:t>☐ Vérifier que le BIC est correct.</w:t>
      </w:r>
    </w:p>
    <w:p>
      <w:r>
        <w:t>☐ Indiquer clairement le type de paiement (récurrent ou ponctuel).</w:t>
      </w:r>
    </w:p>
    <w:p>
      <w:r>
        <w:t>☐ Signer le mandat.</w:t>
      </w:r>
    </w:p>
    <w:p>
      <w:r>
        <w:t>☐ Dater le mandat.</w:t>
      </w:r>
    </w:p>
    <w:p>
      <w:r>
        <w:t>☐ Conserver une copie du mandat pour vos archives.</w:t>
      </w:r>
    </w:p>
    <w:p>
      <w:r>
        <w:t>☐ Envoyer le mandat au créancier par un canal sécurisé.</w:t>
      </w:r>
    </w:p>
    <w:p>
      <w:pPr>
        <w:pStyle w:val="Heading1"/>
      </w:pPr>
      <w:r>
        <w:t>Questions fréquentes</w:t>
      </w:r>
    </w:p>
    <w:p>
      <w:r>
        <w:rPr>
          <w:b/>
        </w:rPr>
        <w:t>Qu'est-ce qu'un mandat SEPA ?</w:t>
      </w:r>
    </w:p>
    <w:p>
      <w:r>
        <w:t>Un mandat SEPA est un document qui autorise un créancier à prélever des fonds sur votre compte bancaire. Il est utilisé pour les paiements en euros dans la zone SEPA.</w:t>
      </w:r>
    </w:p>
    <w:p>
      <w:r>
        <w:rPr>
          <w:b/>
        </w:rPr>
        <w:t>Puis-je utiliser ce modèle pour un prélèvement ponctuel ?</w:t>
      </w:r>
    </w:p>
    <w:p>
      <w:r>
        <w:t>Oui, ce modèle peut être adapté pour un prélèvement ponctuel en indiquant 'Ponctuel' dans le champ type de paiement.</w:t>
      </w:r>
    </w:p>
    <w:p>
      <w:r>
        <w:rPr>
          <w:b/>
        </w:rPr>
        <w:t>Que faire si je fais une erreur dans le mandat ?</w:t>
      </w:r>
    </w:p>
    <w:p>
      <w:r>
        <w:t>Si vous faites une erreur, il est préférable de recommencer avec un nouveau formulaire. Une erreur peut entraîner des rejets de prélèvement.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