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facture d'hôtel professionnel : exemple complet et téléchargement</w:t>
      </w:r>
    </w:p>
    <w:p>
      <w:r>
        <w:t>Ce modèle de facture d'hôtel vous permet de créer rapidement une facture claire et professionnelle pour vos clients. Il inclut toutes les informations essentielles, un exemple rempli et des instructions pour l'adapter à votre établissement.</w:t>
      </w:r>
    </w:p>
    <w:p>
      <w:r>
        <w:rPr>
          <w:b/>
        </w:rPr>
        <w:t>Ce document est fourni à titre d'exemple. Adaptez-le à votre situation et vérifiez les obligations légales en vigueur dans votre pays.</w:t>
      </w:r>
    </w:p>
    <w:p>
      <w:pPr>
        <w:pStyle w:val="Heading1"/>
      </w:pPr>
      <w:r>
        <w:t>Mode d'emploi</w:t>
      </w:r>
    </w:p>
    <w:p>
      <w:pPr>
        <w:pStyle w:val="ListNumber"/>
      </w:pPr>
      <w:r>
        <w:t>Téléchargez le modèle de facture d'hôtel.</w:t>
      </w:r>
    </w:p>
    <w:p>
      <w:pPr>
        <w:pStyle w:val="ListNumber"/>
      </w:pPr>
      <w:r>
        <w:t>Remplacez les informations entre crochets par vos données réelles.</w:t>
      </w:r>
    </w:p>
    <w:p>
      <w:pPr>
        <w:pStyle w:val="ListNumber"/>
      </w:pPr>
      <w:r>
        <w:t>Personnalisez le logo, les coordonnées et les conditions de paiement.</w:t>
      </w:r>
    </w:p>
    <w:p>
      <w:pPr>
        <w:pStyle w:val="ListNumber"/>
      </w:pPr>
      <w:r>
        <w:t>Vérifiez les calculs et les informations avant l'envoi.</w:t>
      </w:r>
    </w:p>
    <w:p>
      <w:pPr>
        <w:pStyle w:val="Heading1"/>
      </w:pPr>
      <w:r>
        <w:t>Structure d'une facture d'hôtel</w:t>
      </w:r>
    </w:p>
    <w:p>
      <w:r>
        <w:t>Une facture d'hôtel doit contenir les mentions obligatoires : numéro de facture, date d'émission, identification de l'hôtel et du client, description des services (nuits, taxes, extras), montant HT, TVA, montant TTC, et conditions de paiement. Le modèle ci-dessous reprend ces éléments.</w:t>
      </w:r>
    </w:p>
    <w:p>
      <w:pPr>
        <w:pStyle w:val="Heading1"/>
      </w:pPr>
      <w:r>
        <w:t>Exemple rempli</w:t>
      </w:r>
    </w:p>
    <w:p>
      <w:r>
        <w:t>Pour vous aider, voici un exemple de facture d'hôtel pour un séjour de 3 nuits avec petit-déjeuner et minibar. Utilisez-le comme référence pour remplir votre propre facture.</w:t>
      </w:r>
    </w:p>
    <w:p>
      <w:pPr>
        <w:pStyle w:val="Heading1"/>
      </w:pPr>
      <w:r>
        <w:t>Modèle prêt à adapter</w:t>
      </w:r>
    </w:p>
    <w:p>
      <w:r>
        <w:t>HÔTEL [Nom de l'hôtel] [Adresse de l'hôtel] [Code postal] [Ville] Téléphone : [Téléphone] Email : [Email] SIRET : [Numéro SIRET] FACTURE N° [Numéro de facture] Date d'émission : [Date] CLIENT [Nom du client] [Adresse du client] [Code postal] [Ville] SÉJOUR Arrivée : [Date d'arrivée] Départ : [Date de départ] Nombre de nuits : [Nombre de nuits] DÉTAIL DES PRESTATIONS | Description | Quantité | Prix unitaire HT | Montant HT | |-------------|----------|------------------|------------| | Chambre [Type] | [Nombre] | [Prix] | [Montant] | | Petit-déjeuner | [Nombre] | [Prix] | [Montant] | | Minibar | [Nombre] | [Prix] | [Montant] | | [Autre service] | [Quantité] | [Prix] | [Montant] | TOTAL HT : [Montant total HT] TVA ([Taux]%) : [Montant TVA] TOTAL TTC : [Montant total TTC] Conditions de paiement : [Délai de paiement] Mode de règlement : [Chèque, virement, etc.] Cachet et signature : Merci de votre confiance !</w:t>
      </w:r>
    </w:p>
    <w:p>
      <w:pPr>
        <w:pStyle w:val="Heading1"/>
      </w:pPr>
      <w:r>
        <w:t>Checklist</w:t>
      </w:r>
    </w:p>
    <w:p>
      <w:r>
        <w:t>☐ Numéro de facture unique et séquentiel</w:t>
      </w:r>
    </w:p>
    <w:p>
      <w:r>
        <w:t>☐ Date d'émission</w:t>
      </w:r>
    </w:p>
    <w:p>
      <w:r>
        <w:t>☐ Identification complète de l'hôtel (nom, adresse, SIRET)</w:t>
      </w:r>
    </w:p>
    <w:p>
      <w:r>
        <w:t>☐ Identification du client (nom, adresse)</w:t>
      </w:r>
    </w:p>
    <w:p>
      <w:r>
        <w:t>☐ Description détaillée des prestations</w:t>
      </w:r>
    </w:p>
    <w:p>
      <w:r>
        <w:t>☐ Prix unitaires et quantités</w:t>
      </w:r>
    </w:p>
    <w:p>
      <w:r>
        <w:t>☐ Montant HT, TVA, TTC</w:t>
      </w:r>
    </w:p>
    <w:p>
      <w:r>
        <w:t>☐ Conditions de paiement</w:t>
      </w:r>
    </w:p>
    <w:p>
      <w:r>
        <w:t>☐ Moyen de paiement accepté</w:t>
      </w:r>
    </w:p>
    <w:p>
      <w:r>
        <w:t>☐ Coordonnées de contact</w:t>
      </w:r>
    </w:p>
    <w:p>
      <w:pPr>
        <w:pStyle w:val="Heading1"/>
      </w:pPr>
      <w:r>
        <w:t>Questions fréquentes</w:t>
      </w:r>
    </w:p>
    <w:p>
      <w:r>
        <w:rPr>
          <w:b/>
        </w:rPr>
        <w:t>Quelles mentions obligatoires doivent figurer sur une facture d'hôtel ?</w:t>
      </w:r>
    </w:p>
    <w:p>
      <w:r>
        <w:t>Les mentions obligatoires incluent le numéro de facture, la date d'émission, l'identité complète de l'hôtel et du client, le détail des prestations avec prix unitaire et quantité, le montant HT, la TVA, le montant TTC, et les conditions de paiement. Selon la réglementation locale, d'autres mentions peuvent être requises.</w:t>
      </w:r>
    </w:p>
    <w:p>
      <w:r>
        <w:rPr>
          <w:b/>
        </w:rPr>
        <w:t>Comment numéroter les factures d'hôtel ?</w:t>
      </w:r>
    </w:p>
    <w:p>
      <w:r>
        <w:t>Les factures doivent être numérotées de manière séquentielle et chronologique. Utilisez un format simple comme [Année]-[Numéro] (ex. 2025-001) pour faciliter le suivi.</w:t>
      </w:r>
    </w:p>
    <w:p>
      <w:r>
        <w:rPr>
          <w:b/>
        </w:rPr>
        <w:t>Puis-je utiliser ce modèle pour un hôtel en France ?</w:t>
      </w:r>
    </w:p>
    <w:p>
      <w:r>
        <w:t>Oui, ce modèle est conçu pour être adapté. Cependant, vérifiez les obligations spécifiques de la législation française (comme le SIRET, la TVA, etc.) et personnalisez-le en conséquence.</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