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d'entretien professionnel rempli (exemple et guide)</w:t>
      </w:r>
    </w:p>
    <w:p>
      <w:r>
        <w:t>Ce modèle d'entretien professionnel vous aide à structurer votre évaluation annuelle ou votre entretien de carrière. Il comprend une trame complète, un exemple rempli et des conseils pour préparer vos réponses. Utilisez-le comme base pour vos propres entretiens.</w:t>
      </w:r>
    </w:p>
    <w:p>
      <w:r>
        <w:rPr>
          <w:b/>
        </w:rPr>
        <w:t>Ce modèle est un outil générique. Adaptez-le à la politique RH de votre entreprise. Les informations fournies sont des exemples et ne constituent pas un engagement de l'employeur.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Préparez votre auto-évaluation en utilisant le modèle.</w:t>
      </w:r>
    </w:p>
    <w:p>
      <w:pPr>
        <w:pStyle w:val="ListNumber"/>
      </w:pPr>
      <w:r>
        <w:t>Listez vos réalisations et compétences développées.</w:t>
      </w:r>
    </w:p>
    <w:p>
      <w:pPr>
        <w:pStyle w:val="ListNumber"/>
      </w:pPr>
      <w:r>
        <w:t>Identifiez vos axes d'amélioration et vos besoins en formation.</w:t>
      </w:r>
    </w:p>
    <w:p>
      <w:pPr>
        <w:pStyle w:val="ListNumber"/>
      </w:pPr>
      <w:r>
        <w:t>Formulez vos objectifs pour l'année à venir.</w:t>
      </w:r>
    </w:p>
    <w:p>
      <w:pPr>
        <w:pStyle w:val="ListNumber"/>
      </w:pPr>
      <w:r>
        <w:t>Planifiez l'entretien avec votre manager et apportez le document rempli.</w:t>
      </w:r>
    </w:p>
    <w:p>
      <w:pPr>
        <w:pStyle w:val="Heading1"/>
      </w:pPr>
      <w:r>
        <w:t>Structure du document</w:t>
      </w:r>
    </w:p>
    <w:p>
      <w:r>
        <w:t>Le modèle comprend : informations sur le salarié et le manager, bilan de l'année écoulée (réalisations, difficultés), compétences, objectifs futurs, besoins en formation, et commentaires.</w:t>
      </w:r>
    </w:p>
    <w:p>
      <w:pPr>
        <w:pStyle w:val="Heading1"/>
      </w:pPr>
      <w:r>
        <w:t>Conseils pour bien remplir</w:t>
      </w:r>
    </w:p>
    <w:p>
      <w:r>
        <w:t>Soyez précis et factuel. Utilisez des exemples concrets. Montrez votre implication. Restez positif même pour les points à améliorer. Proposez des solutions.</w:t>
      </w:r>
    </w:p>
    <w:p>
      <w:pPr>
        <w:pStyle w:val="Heading1"/>
      </w:pPr>
      <w:r>
        <w:t>Modèle prêt à adapter</w:t>
      </w:r>
    </w:p>
    <w:p>
      <w:r>
        <w:t>MODÈLE D'ENTRETIEN PROFESSIONNEL Date de l'entretien : [Date] Salarié : - Nom : [Nom] - Prénom : [Prénom] - Poste : [Poste] - Ancienneté : [Ancienneté] Manager : - Nom : [Nom] - Fonction : [Fonction] 1. Bilan de l'année écoulée 1.1 Réalisations principales : - [Décrivez vos principales réalisations avec des résultats mesurables. Exemple : 'J'ai mené à bien le projet X, ce qui a permis d'augmenter le chiffre d'affaires de 10%.'] 1.2 Difficultés rencontrées : - [Décrivez les obstacles et comment vous les avez surmontés. Exemple : 'J'ai rencontré des difficultés de coordination avec le service marketing, mais j'ai mis en place des réunions hebdomadaires pour améliorer la communication.'] 1.3 Compétences développées : - [Listez les compétences acquises ou renforcées. Exemple : 'J'ai développé mes compétences en gestion de projet et en leadership.'] 2. Évaluation des compétences Compétences techniques : - [Évaluez sur une échelle de 1 à 5, avec commentaires] Compétences relationnelles : - [Évaluez sur une échelle de 1 à 5, avec commentaires] 3. Objectifs pour l'année à venir Objectif 1 : [Objectif précis et mesurable] - Échéance : [Date] - Indicateurs : [Indicateurs de réussite] Objectif 2 : [Objectif] - Échéance : [Date] - Indicateurs : [Indicateurs] Objectif 3 : [Objectif] - Échéance : [Date] - Indicateurs : [Indicateurs] 4. Besoins en formation - [Formation souhaitée 1] - [Formation souhaitée 2] - [Justification] 5. Commentaires du salarié [Espace pour vos remarques] 6. Commentaires du manager [Espace pour les remarques du manager] Signatures : Le salarié : [Signature] Le manager : [Signature]</w:t>
      </w:r>
    </w:p>
    <w:p>
      <w:pPr>
        <w:pStyle w:val="Heading1"/>
      </w:pPr>
      <w:r>
        <w:t>Checklist</w:t>
      </w:r>
    </w:p>
    <w:p>
      <w:r>
        <w:t>☐ Avez-vous préparé vos réalisations avec des chiffres ?</w:t>
      </w:r>
    </w:p>
    <w:p>
      <w:r>
        <w:t>☐ Avez-vous identifié vos axes de progression ?</w:t>
      </w:r>
    </w:p>
    <w:p>
      <w:r>
        <w:t>☐ Avez-vous défini des objectifs SMART ?</w:t>
      </w:r>
    </w:p>
    <w:p>
      <w:r>
        <w:t>☐ Avez-vous listé vos besoins en formation ?</w:t>
      </w:r>
    </w:p>
    <w:p>
      <w:r>
        <w:t>☐ Avez-vous relu le document avant l'entretien ?</w:t>
      </w:r>
    </w:p>
    <w:p>
      <w:r>
        <w:t>☐ Avez-vous prévu des exemples concrets pour illustrer vos propos ?</w:t>
      </w:r>
    </w:p>
    <w:p>
      <w:r>
        <w:t>☐ Avez-vous vérifié que les informations sont exactes ?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est-il adapté à tous les types d'entretiens ?</w:t>
      </w:r>
    </w:p>
    <w:p>
      <w:r>
        <w:t>Ce modèle est conçu pour les entretiens annuels d'évaluation, mais peut être adapté aux entretiens de carrière ou de recrutement. Modifiez les sections selon le contexte.</w:t>
      </w:r>
    </w:p>
    <w:p>
      <w:r>
        <w:rPr>
          <w:b/>
        </w:rPr>
        <w:t>Dois-je remplir le modèle avant l'entretien ?</w:t>
      </w:r>
    </w:p>
    <w:p>
      <w:r>
        <w:t>Oui, il est recommandé de le remplir avant l'entretien pour être préparé. Vous pourrez ensuite discuter de vos réponses avec votre manager.</w:t>
      </w:r>
    </w:p>
    <w:p>
      <w:r>
        <w:rPr>
          <w:b/>
        </w:rPr>
        <w:t>Que faire si je ne suis pas d'accord avec l'évaluation de mon manager ?</w:t>
      </w:r>
    </w:p>
    <w:p>
      <w:r>
        <w:t>Exprimez vos désaccords de manière constructive, en vous appuyant sur des faits. Vous pouvez également demander une révision ou faire part de vos commentaires dans la section prévue.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