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Dossier Professionnel Gestionnaire de Paie PDF : Modèle Complet et Téléchargeable</w:t>
      </w:r>
    </w:p>
    <w:p>
      <w:r>
        <w:t>Ce guide vous propose un modèle complet de dossier professionnel pour un gestionnaire de paie, au format PDF. Il comprend une structure détaillée, un exemple rempli, des consignes de rédaction et un fichier téléchargeable pour vous aider à construire votre propre dossier.</w:t>
      </w:r>
    </w:p>
    <w:p>
      <w:r>
        <w:rPr>
          <w:b/>
        </w:rPr>
        <w:t>Ce document est fourni à titre d'exemple. Il ne remplace pas les exigences spécifiques de votre organisme de formation ou de certification. Adaptez-le à votre parcours et à vos compétences réelles.</w:t>
      </w:r>
    </w:p>
    <w:p>
      <w:pPr>
        <w:pStyle w:val="Heading1"/>
      </w:pPr>
      <w:r>
        <w:t>Mode d'emploi</w:t>
      </w:r>
    </w:p>
    <w:p>
      <w:pPr>
        <w:pStyle w:val="ListNumber"/>
      </w:pPr>
      <w:r>
        <w:t>Téléchargez le modèle de dossier professionnel ci-dessous.</w:t>
      </w:r>
    </w:p>
    <w:p>
      <w:pPr>
        <w:pStyle w:val="ListNumber"/>
      </w:pPr>
      <w:r>
        <w:t>Personnalisez l'en-tête avec vos informations personnelles (nom, coordonnées, etc.).</w:t>
      </w:r>
    </w:p>
    <w:p>
      <w:pPr>
        <w:pStyle w:val="ListNumber"/>
      </w:pPr>
      <w:r>
        <w:t>Rédigez votre présentation en mettant en avant votre parcours et vos motivations.</w:t>
      </w:r>
    </w:p>
    <w:p>
      <w:pPr>
        <w:pStyle w:val="ListNumber"/>
      </w:pPr>
      <w:r>
        <w:t>Détaillez vos expériences professionnelles en lien avec la paie, en utilisant la méthode STAR (Situation, Tâche, Action, Résultat).</w:t>
      </w:r>
    </w:p>
    <w:p>
      <w:pPr>
        <w:pStyle w:val="ListNumber"/>
      </w:pPr>
      <w:r>
        <w:t>Listez vos compétences techniques et transversales, en les illustrant par des exemples concrets.</w:t>
      </w:r>
    </w:p>
    <w:p>
      <w:pPr>
        <w:pStyle w:val="ListNumber"/>
      </w:pPr>
      <w:r>
        <w:t>Ajoutez vos formations et certifications, en précisant les dates et les organismes.</w:t>
      </w:r>
    </w:p>
    <w:p>
      <w:pPr>
        <w:pStyle w:val="ListNumber"/>
      </w:pPr>
      <w:r>
        <w:t>Relisez et faites relire votre dossier pour vérifier la cohérence et l'orthographe.</w:t>
      </w:r>
    </w:p>
    <w:p>
      <w:pPr>
        <w:pStyle w:val="Heading1"/>
      </w:pPr>
      <w:r>
        <w:t>Structure du dossier professionnel</w:t>
      </w:r>
    </w:p>
    <w:p>
      <w:r>
        <w:t>Un dossier professionnel de gestionnaire de paie doit comprendre : 1. Une page de garde (nom, titre, date), 2. Un sommaire, 3. Une introduction (présentation du candidat et de son projet), 4. Le parcours professionnel (expériences en lien avec la paie), 5. Les compétences (techniques et comportementales), 6. Les formations et certifications, 7. Les réalisations marquantes (projets, améliorations), 8. Une conclusion (bilan et perspectives).</w:t>
      </w:r>
    </w:p>
    <w:p>
      <w:pPr>
        <w:pStyle w:val="Heading1"/>
      </w:pPr>
      <w:r>
        <w:t>Exemple de dossier rempli</w:t>
      </w:r>
    </w:p>
    <w:p>
      <w:r>
        <w:t>Exemple pour un gestionnaire de paie junior : Présentation : 'Fort d'une formation en gestion de la paie et d'une première expérience en cabinet comptable, je souhaite mettre mes compétences au service d'une entreprise dynamique.' Expérience : 'Gestionnaire de paie stagiaire chez ABC Conseil (2023) : traitement de la paie pour 200 salariés, établissement des bulletins de salaire, déclarations sociales, gestion des absences.' Compétences : 'Maîtrise des logiciels de paie (SILAE, Sage Paie), connaissance de la convention collective, rigueur, confidentialité.' Formation : 'Titre professionnel Gestionnaire de paie (2023), Bac+2 comptabilité.'</w:t>
      </w:r>
    </w:p>
    <w:p>
      <w:pPr>
        <w:pStyle w:val="Heading1"/>
      </w:pPr>
      <w:r>
        <w:t>Modèle prêt à adapter</w:t>
      </w:r>
    </w:p>
    <w:p>
      <w:r>
        <w:t>DOSSIER PROFESSIONNEL GESTIONNAIRE DE PAIE [Prénom NOM] [Adresse] [Téléphone] [Email] 1. PRÉSENTATION [Paragraphe de présentation : parcours, motivations, objectifs] 2. PARCOURS PROFESSIONNEL 2.1. Expérience 1 : [Intitulé du poste] - Entreprise : [Nom] - Dates : [Début] – [Fin] - Missions : [Décrire les missions en lien avec la paie] - Réalisations : [Décrire les résultats obtenus] 2.2. Expérience 2 : [Intitulé du poste] - Entreprise : [Nom] - Dates : [Début] – [Fin] - Missions : [Décrire les missions] - Réalisations : [Décrire les résultats] 3. COMPÉTENCES 3.1. Compétences techniques - [Compétence 1] - [Compétence 2] - [Compétence 3] 3.2. Compétences transversales - [Compétence 1] - [Compétence 2] 4. FORMATIONS ET CERTIFICATIONS - [Diplôme/Certification], [Organisme], [Année] - [Diplôme/Certification], [Organisme], [Année] 5. RÉALISATIONS MARQUANTES - [Décrire une réalisation, ex : mise en place d'un nouveau logiciel de paie] - [Décrire une autre réalisation] 6. CONCLUSION [Paragraphe de conclusion : bilan de vos compétences, projet professionnel]</w:t>
      </w:r>
    </w:p>
    <w:p>
      <w:pPr>
        <w:pStyle w:val="Heading1"/>
      </w:pPr>
      <w:r>
        <w:t>Checklist</w:t>
      </w:r>
    </w:p>
    <w:p>
      <w:r>
        <w:t>☐ J'ai personnalisé la page de garde avec mes informations.</w:t>
      </w:r>
    </w:p>
    <w:p>
      <w:r>
        <w:t>☐ J'ai rédigé une introduction claire et motivante.</w:t>
      </w:r>
    </w:p>
    <w:p>
      <w:r>
        <w:t>☐ J'ai détaillé mes expériences en utilisant la méthode STAR.</w:t>
      </w:r>
    </w:p>
    <w:p>
      <w:r>
        <w:t>☐ J'ai listé mes compétences techniques et transversales.</w:t>
      </w:r>
    </w:p>
    <w:p>
      <w:r>
        <w:t>☐ J'ai inclus mes formations et certifications avec dates.</w:t>
      </w:r>
    </w:p>
    <w:p>
      <w:r>
        <w:t>☐ J'ai ajouté des réalisations concrètes et mesurables.</w:t>
      </w:r>
    </w:p>
    <w:p>
      <w:r>
        <w:t>☐ J'ai rédigé une conclusion qui ouvre sur mon projet professionnel.</w:t>
      </w:r>
    </w:p>
    <w:p>
      <w:r>
        <w:t>☐ J'ai vérifié l'orthographe et la grammaire.</w:t>
      </w:r>
    </w:p>
    <w:p>
      <w:r>
        <w:t>☐ J'ai fait relire mon dossier par un tiers.</w:t>
      </w:r>
    </w:p>
    <w:p>
      <w:r>
        <w:t>☐ J'ai enregistré mon dossier en PDF pour l'envoyer facilement.</w:t>
      </w:r>
    </w:p>
    <w:p>
      <w:pPr>
        <w:pStyle w:val="Heading1"/>
      </w:pPr>
      <w:r>
        <w:t>Questions fréquentes</w:t>
      </w:r>
    </w:p>
    <w:p>
      <w:r>
        <w:rPr>
          <w:b/>
        </w:rPr>
        <w:t>Quelles sont les compétences clés à mettre en avant dans un dossier de gestionnaire de paie ?</w:t>
      </w:r>
    </w:p>
    <w:p>
      <w:r>
        <w:t>Les compétences clés incluent la maîtrise des logiciels de paie (SILAE, Sage Paie, etc.), la connaissance des conventions collectives et de la législation sociale, la rigueur, la confidentialité, le sens de l'organisation et la capacité à travailler sous pression.</w:t>
      </w:r>
    </w:p>
    <w:p>
      <w:r>
        <w:rPr>
          <w:b/>
        </w:rPr>
        <w:t>Comment structurer une expérience professionnelle dans le dossier ?</w:t>
      </w:r>
    </w:p>
    <w:p>
      <w:r>
        <w:t>Utilisez la méthode STAR : Situation (contexte), Tâche (mission), Action (ce que vous avez fait), Résultat (impact mesurable). Par exemple : 'Dans le cadre de la paie de 300 salariés (Situation), j'étais responsable de l'intégration des variables (Tâche). J'ai automatisé l'import des données via Excel (Action), ce qui a réduit le temps de traitement de 30% (Résultat).'</w:t>
      </w:r>
    </w:p>
    <w:p>
      <w:r>
        <w:rPr>
          <w:b/>
        </w:rPr>
        <w:t>Faut-il inclure des documents justificatifs dans le dossier ?</w:t>
      </w:r>
    </w:p>
    <w:p>
      <w:r>
        <w:t>Il est conseillé d'ajouter en annexe des copies de vos diplômes, certificats, attestations d'emploi et lettres de recommandation. Cela renforce la crédibilité de votre dossier. Assurez-vous de les mentionner dans le sommaire.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