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dossier d'appel d'offres (vierge et exemple)</w:t>
      </w:r>
    </w:p>
    <w:p>
      <w:r>
        <w:t>Ce modèle de dossier d'appel d'offres vous guide pour constituer une réponse complète et professionnelle. Il est fourni en version vierge et avec un exemple rempli.</w:t>
      </w:r>
    </w:p>
    <w:p>
      <w:r>
        <w:rPr>
          <w:b/>
        </w:rPr>
        <w:t>Ce modèle est indicatif. Vérifiez toujours les pièces exigées dans le règlement de consultation.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vierge ou l'exemple.</w:t>
      </w:r>
    </w:p>
    <w:p>
      <w:pPr>
        <w:pStyle w:val="ListNumber"/>
      </w:pPr>
      <w:r>
        <w:t>Remplacez les informations entre crochets par les vôtres.</w:t>
      </w:r>
    </w:p>
    <w:p>
      <w:pPr>
        <w:pStyle w:val="ListNumber"/>
      </w:pPr>
      <w:r>
        <w:t>Ajoutez les pièces administratives demandées.</w:t>
      </w:r>
    </w:p>
    <w:p>
      <w:pPr>
        <w:pStyle w:val="ListNumber"/>
      </w:pPr>
      <w:r>
        <w:t>Relisez l'ensemble avant l'envoi.</w:t>
      </w:r>
    </w:p>
    <w:p>
      <w:pPr>
        <w:pStyle w:val="Heading1"/>
      </w:pPr>
      <w:r>
        <w:t>Composition du dossier</w:t>
      </w:r>
    </w:p>
    <w:p>
      <w:r>
        <w:t>Le dossier d'appel d'offres comprend généralement : la lettre de candidature, la déclaration sur l'honneur, le formulaire DC1, le mémoire technique, le bordereau des prix, et les pièces administratives.</w:t>
      </w:r>
    </w:p>
    <w:p>
      <w:pPr>
        <w:pStyle w:val="Heading1"/>
      </w:pPr>
      <w:r>
        <w:t>Exemple rempli</w:t>
      </w:r>
    </w:p>
    <w:p>
      <w:r>
        <w:t>Un exemple est fourni pour vous montrer comment remplir chaque partie. Il s'agit d'un exemple fictif, adaptez-le.</w:t>
      </w:r>
    </w:p>
    <w:p>
      <w:pPr>
        <w:pStyle w:val="Heading1"/>
      </w:pPr>
      <w:r>
        <w:t>Modèle prêt à adapter</w:t>
      </w:r>
    </w:p>
    <w:p>
      <w:r>
        <w:t>DOSSIER DE CANDIDATURE À UN APPEL D'OFFRES [Logo entreprise] [Nom entreprise] [Adresse] [Téléphone] / [Email] 1. LETTRE DE CANDIDATURE Objet : Candidature à l'appel d'offres [Référence] Madame, Monsieur, Nous vous prions de bien vouloir accepter notre candidature pour le marché [Intitulé]. Nous nous engageons à respecter les clauses du cahier des charges. Fait à [Ville], le [Date] Signature : [Nom] 2. DÉCLARATION SUR L'HONNEUR Je soussigné(e) [Nom], représentant [Entreprise], certifie sur l'honneur que ma société est en règle au regard de ses obligations fiscales et sociales. Fait à [Ville], le [Date] Signature 3. MÉMOIRE TECHNIQUE [Reprendre le modèle de mémoire technique] 4. BORDEREAU DES PRIX [Tableau des prix unitaires et totaux] 5. PIÈCES ADMINISTRATIVES - KBIS - Attestation d'assurance - etc.</w:t>
      </w:r>
    </w:p>
    <w:p>
      <w:pPr>
        <w:pStyle w:val="Heading1"/>
      </w:pPr>
      <w:r>
        <w:t>Checklist</w:t>
      </w:r>
    </w:p>
    <w:p>
      <w:r>
        <w:t>☐ Avez-vous inclus la lettre de candidature ?</w:t>
      </w:r>
    </w:p>
    <w:p>
      <w:r>
        <w:t>☐ Avez-vous signé la déclaration sur l'honneur ?</w:t>
      </w:r>
    </w:p>
    <w:p>
      <w:r>
        <w:t>☐ Avez-vous rempli le bordereau des prix ?</w:t>
      </w:r>
    </w:p>
    <w:p>
      <w:r>
        <w:t>☐ Avez-vous joint tous les documents administratifs ?</w:t>
      </w:r>
    </w:p>
    <w:p>
      <w:r>
        <w:t>☐ Avez-vous respecté la date limite ?</w:t>
      </w:r>
    </w:p>
    <w:p>
      <w:r>
        <w:t>☐ Avez-vous fait une copie de sauvegarde ?</w:t>
      </w:r>
    </w:p>
    <w:p>
      <w:pPr>
        <w:pStyle w:val="Heading1"/>
      </w:pPr>
      <w:r>
        <w:t>Questions fréquentes</w:t>
      </w:r>
    </w:p>
    <w:p>
      <w:r>
        <w:rPr>
          <w:b/>
        </w:rPr>
        <w:t>Quelles sont les pièces obligatoires ?</w:t>
      </w:r>
    </w:p>
    <w:p>
      <w:r>
        <w:t>Cela dépend du marché, mais généralement : le formulaire DC1, la déclaration sur l'honneur, le KBIS, et le mémoire technique.</w:t>
      </w:r>
    </w:p>
    <w:p>
      <w:r>
        <w:rPr>
          <w:b/>
        </w:rPr>
        <w:t>Comment remplir le bordereau des prix ?</w:t>
      </w:r>
    </w:p>
    <w:p>
      <w:r>
        <w:t>Indiquez les prix unitaires et totaux en respectant les unités et les quantités indiquées. Vérifiez les calculs.</w:t>
      </w:r>
    </w:p>
    <w:p>
      <w:r>
        <w:rPr>
          <w:b/>
        </w:rPr>
        <w:t>Puis-je envoyer mon dossier par voie électronique ?</w:t>
      </w:r>
    </w:p>
    <w:p>
      <w:r>
        <w:t>Oui, si le marché le permet. Utilisez la plateforme indiquée et vérifiez le format des fichiers.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