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Exemple de devis nettoyage appartement : modèle gratuit à copier</w:t>
      </w:r>
    </w:p>
    <w:p>
      <w:r>
        <w:t>Ce modèle de devis de nettoyage d'appartement vous permet de créer une estimation professionnelle en quelques minutes. Il inclut un exemple rempli, une version vierge et des consignes pour bien l'utiliser.</w:t>
      </w:r>
    </w:p>
    <w:p>
      <w:r>
        <w:rPr>
          <w:b/>
        </w:rPr>
        <w:t>Ce document est fourni à titre d'exemple. Adaptez-le à votre activité et vérifiez les obligations légales en vigueur.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Téléchargez le modèle ci-dessous ou copiez le texte.</w:t>
      </w:r>
    </w:p>
    <w:p>
      <w:pPr>
        <w:pStyle w:val="ListNumber"/>
      </w:pPr>
      <w:r>
        <w:t>Remplacez les informations entre crochets par vos données.</w:t>
      </w:r>
    </w:p>
    <w:p>
      <w:pPr>
        <w:pStyle w:val="ListNumber"/>
      </w:pPr>
      <w:r>
        <w:t>Personnalisez les services et les tarifs selon votre offre.</w:t>
      </w:r>
    </w:p>
    <w:p>
      <w:pPr>
        <w:pStyle w:val="ListNumber"/>
      </w:pPr>
      <w:r>
        <w:t>Envoyez le devis à votre client et conservez une copie.</w:t>
      </w:r>
    </w:p>
    <w:p>
      <w:pPr>
        <w:pStyle w:val="Heading1"/>
      </w:pPr>
      <w:r>
        <w:t>Exemple rempli</w:t>
      </w:r>
    </w:p>
    <w:p>
      <w:r>
        <w:t>Vous trouverez ci-dessous un exemple de devis pour un appartement de 60 m² avec un nettoyage complet. Ceci illustre comment remplir le modèle.</w:t>
      </w:r>
    </w:p>
    <w:p>
      <w:pPr>
        <w:pStyle w:val="Heading1"/>
      </w:pPr>
      <w:r>
        <w:t>Version vierge</w:t>
      </w:r>
    </w:p>
    <w:p>
      <w:r>
        <w:t>Le modèle vierge est prêt à être copié et adapté. Tous les champs sont indiqués par des crochets.</w:t>
      </w:r>
    </w:p>
    <w:p>
      <w:pPr>
        <w:pStyle w:val="Heading1"/>
      </w:pPr>
      <w:r>
        <w:t>Consignes d'utilisation</w:t>
      </w:r>
    </w:p>
    <w:p>
      <w:r>
        <w:t>Indiquez clairement les surfaces, les prestations et les tarifs. Précisez les conditions de paiement et la durée de validité de l'offre.</w:t>
      </w:r>
    </w:p>
    <w:p>
      <w:pPr>
        <w:pStyle w:val="Heading1"/>
      </w:pPr>
      <w:r>
        <w:t>Modèle prêt à adapter</w:t>
      </w:r>
    </w:p>
    <w:p>
      <w:r>
        <w:t>DEVIS N° [Numéro] Date : [Date] Émetteur : [Nom de la société] [Adresse] [Téléphone] [Email] Client : [Nom du client] [Adresse] [Téléphone] Désignation de la prestation : Nettoyage d'appartement situé à [Adresse], surface [Surface] m² Prestations détaillées : - Nettoyage des sols (aspiration, lavage) : [Prix] - Nettoyage de la cuisine (plans de travail, évier, électroménager extérieur) : [Prix] - Nettoyage de la salle de bain (sanitaires, douche, miroir) : [Prix] - Dépoussiérage des meubles et surfaces : [Prix] - Nettoyage des vitres (optionnel) : [Prix] Total HT : [Montant HT] € TVA (20%) : [Montant TVA] € Total TTC : [Montant TTC] € Conditions : - Devis valable [Durée de validité] jours - Paiement à réception de facture - Annulation possible jusqu'à [Délai] avant la prestation Fait à [Ville], le [Date] Signature et cachet :</w:t>
      </w:r>
    </w:p>
    <w:p>
      <w:pPr>
        <w:pStyle w:val="Heading1"/>
      </w:pPr>
      <w:r>
        <w:t>Checklist</w:t>
      </w:r>
    </w:p>
    <w:p>
      <w:r>
        <w:t>☐ Vérifier que l'adresse du client est complète</w:t>
      </w:r>
    </w:p>
    <w:p>
      <w:r>
        <w:t>☐ Indiquer la surface exacte de l'appartement</w:t>
      </w:r>
    </w:p>
    <w:p>
      <w:r>
        <w:t>☐ Lister toutes les prestations demandées</w:t>
      </w:r>
    </w:p>
    <w:p>
      <w:r>
        <w:t>☐ Fixer des tarifs clairs et détaillés</w:t>
      </w:r>
    </w:p>
    <w:p>
      <w:r>
        <w:t>☐ Préciser les conditions de paiement</w:t>
      </w:r>
    </w:p>
    <w:p>
      <w:r>
        <w:t>☐ Mentionner la durée de validité du devis</w:t>
      </w:r>
    </w:p>
    <w:p>
      <w:r>
        <w:t>☐ Faire signer le devis par le client</w:t>
      </w:r>
    </w:p>
    <w:p>
      <w:r>
        <w:t>☐ Conserver une copie du devis signé</w:t>
      </w:r>
    </w:p>
    <w:p>
      <w:pPr>
        <w:pStyle w:val="Heading1"/>
      </w:pPr>
      <w:r>
        <w:t>Questions fréquentes</w:t>
      </w:r>
    </w:p>
    <w:p>
      <w:r>
        <w:rPr>
          <w:b/>
        </w:rPr>
        <w:t>Comment estimer le prix d'un nettoyage d'appartement ?</w:t>
      </w:r>
    </w:p>
    <w:p>
      <w:r>
        <w:t>Le prix dépend de la surface, de l'état des lieux, des prestations demandées et de la région. En général, on compte entre 20 et 40 € de l'heure, mais il est préférable de demander plusieurs devis.</w:t>
      </w:r>
    </w:p>
    <w:p>
      <w:r>
        <w:rPr>
          <w:b/>
        </w:rPr>
        <w:t>Dois-je inclure la TVA dans mon devis ?</w:t>
      </w:r>
    </w:p>
    <w:p>
      <w:r>
        <w:t>Oui, si vous êtes assujetti à la TVA. Le taux standard est de 20% en France. Indiquez le montant HT, le montant de TVA et le total TTC.</w:t>
      </w:r>
    </w:p>
    <w:p>
      <w:r>
        <w:rPr>
          <w:b/>
        </w:rPr>
        <w:t>Puis-je modifier le modèle pour ajouter des services spécifiques ?</w:t>
      </w:r>
    </w:p>
    <w:p>
      <w:r>
        <w:t>Absolument, le modèle est personnalisable. Ajoutez ou retirez des lignes selon vos besoins.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