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 d'Emploi du Temps Personnel : Modèle et Conseils</w:t>
      </w:r>
    </w:p>
    <w:p>
      <w:r>
        <w:t>Découvrez un exemple concret d'emploi du temps personnel, avec un modèle prêt à l'emploi et des conseils pour l'adapter à votre rythme de vie. Optimisez vos journées et gagnez en productivité.</w:t>
      </w:r>
    </w:p>
    <w:p>
      <w:r>
        <w:rPr>
          <w:b/>
        </w:rPr>
        <w:t>Ce modèle est indicatif. Adaptez les horaires et les activités à votre réalité. N'oubliez pas de prévoir des temps de repos.</w:t>
      </w:r>
    </w:p>
    <w:p>
      <w:pPr>
        <w:pStyle w:val="Heading1"/>
      </w:pPr>
      <w:r>
        <w:t>Mode d'emploi</w:t>
      </w:r>
    </w:p>
    <w:p>
      <w:pPr>
        <w:pStyle w:val="ListNumber"/>
      </w:pPr>
      <w:r>
        <w:t>Téléchargez le fichier ou copiez le modèle ci-dessous.</w:t>
      </w:r>
    </w:p>
    <w:p>
      <w:pPr>
        <w:pStyle w:val="ListNumber"/>
      </w:pPr>
      <w:r>
        <w:t>Identifiez vos activités fixes (travail, cours, repas, sommeil).</w:t>
      </w:r>
    </w:p>
    <w:p>
      <w:pPr>
        <w:pStyle w:val="ListNumber"/>
      </w:pPr>
      <w:r>
        <w:t>Ajoutez vos tâches prioritaires et vos moments de loisirs.</w:t>
      </w:r>
    </w:p>
    <w:p>
      <w:pPr>
        <w:pStyle w:val="ListNumber"/>
      </w:pPr>
      <w:r>
        <w:t>Testez votre emploi du temps pendant une semaine.</w:t>
      </w:r>
    </w:p>
    <w:p>
      <w:pPr>
        <w:pStyle w:val="ListNumber"/>
      </w:pPr>
      <w:r>
        <w:t>Ajustez en fonction de ce qui fonctionne ou non.</w:t>
      </w:r>
    </w:p>
    <w:p>
      <w:pPr>
        <w:pStyle w:val="Heading1"/>
      </w:pPr>
      <w:r>
        <w:t>Exemple d'emploi du temps (journée type)</w:t>
      </w:r>
    </w:p>
    <w:p>
      <w:r>
        <w:t>Voici un exemple pour une journée de travail classique : 7h00 réveil, 7h30 petit-déjeuner, 8h00-12h00 travail/cours, 12h00-13h00 pause déjeuner, 13h00-17h00 travail/cours, 17h00-18h00 sport, 18h00-19h00 tâches personnelles, 19h00-20h00 dîner, 20h00-22h00 détente, 22h30 coucher. Adaptez les plages selon vos obligations.</w:t>
      </w:r>
    </w:p>
    <w:p>
      <w:pPr>
        <w:pStyle w:val="Heading1"/>
      </w:pPr>
      <w:r>
        <w:t>Conseils pour personnaliser votre emploi du temps</w:t>
      </w:r>
    </w:p>
    <w:p>
      <w:r>
        <w:t>Identifiez vos pics d'énergie : planifiez les tâches exigeantes quand vous êtes le plus alerte. Regroupez les tâches similaires pour éviter les changements de contexte. Prévoyez des pauses courtes toutes les 90 minutes. Laissez des plages libres pour les imprévus. Utilisez un outil numérique ou papier selon votre préférence.</w:t>
      </w:r>
    </w:p>
    <w:p>
      <w:pPr>
        <w:pStyle w:val="Heading1"/>
      </w:pPr>
      <w:r>
        <w:t>Comment rester motivé</w:t>
      </w:r>
    </w:p>
    <w:p>
      <w:r>
        <w:t>Célébrez les petites victoires. Revoyez votre emploi du temps chaque semaine pour l'améliorer. Partagez-le avec un ami pour vous responsabiliser. Rappelez-vous pourquoi vous avez établi cet emploi du temps : atteindre vos objectifs.</w:t>
      </w:r>
    </w:p>
    <w:p>
      <w:pPr>
        <w:pStyle w:val="Heading1"/>
      </w:pPr>
      <w:r>
        <w:t>Modèle prêt à adapter</w:t>
      </w:r>
    </w:p>
    <w:p>
      <w:r>
        <w:t>EMPLOI DU TEMPS PERSONNEL – [Semaine du [Date]] [Tableau avec lignes pour les heures de 6h à 22h et colonnes pour les jours] Lundi : - 6h00-7h00 : [Activité] - 7h00-8h00 : [Petit-déjeuner] - 8h00-12h00 : [Travail] - 12h00-13h00 : [Déjeuner] - 13h00-17h00 : [Travail] - 17h00-18h00 : [Sport] - 18h00-19h00 : [Tâches personnelles] - 19h00-20h00 : [Dîner] - 20h00-22h00 : [Détente] Mardi : - ... (même structure) Mercredi : - ... Jeudi : - ... Vendredi : - ... Samedi : - ... Dimanche : - ... Notes : - [Note 1] - [Note 2]</w:t>
      </w:r>
    </w:p>
    <w:p>
      <w:pPr>
        <w:pStyle w:val="Heading1"/>
      </w:pPr>
      <w:r>
        <w:t>Checklist</w:t>
      </w:r>
    </w:p>
    <w:p>
      <w:r>
        <w:t>☐ Définir les activités fixes</w:t>
      </w:r>
    </w:p>
    <w:p>
      <w:r>
        <w:t>☐ Planifier les tâches prioritaires</w:t>
      </w:r>
    </w:p>
    <w:p>
      <w:r>
        <w:t>☐ Prévoir des temps de pause</w:t>
      </w:r>
    </w:p>
    <w:p>
      <w:r>
        <w:t>☐ Laisser des créneaux libres</w:t>
      </w:r>
    </w:p>
    <w:p>
      <w:r>
        <w:t>☐ Inclure des activités de loisirs</w:t>
      </w:r>
    </w:p>
    <w:p>
      <w:r>
        <w:t>☐ Équilibrer travail et vie personnelle</w:t>
      </w:r>
    </w:p>
    <w:p>
      <w:r>
        <w:t>☐ Réviser et ajuster chaque semaine</w:t>
      </w:r>
    </w:p>
    <w:p>
      <w:pPr>
        <w:pStyle w:val="Heading1"/>
      </w:pPr>
      <w:r>
        <w:t>Questions fréquentes</w:t>
      </w:r>
    </w:p>
    <w:p>
      <w:r>
        <w:rPr>
          <w:b/>
        </w:rPr>
        <w:t>Combien de temps faut-il pour s'habituer à un emploi du temps ?</w:t>
      </w:r>
    </w:p>
    <w:p>
      <w:r>
        <w:t>En général, il faut environ 21 jours pour créer une nouvelle habitude. Commencez par un planning simple et ajoutez progressivement des éléments. Soyez patient avec vous-même.</w:t>
      </w:r>
    </w:p>
    <w:p>
      <w:r>
        <w:rPr>
          <w:b/>
        </w:rPr>
        <w:t>Que faire si je n'arrive pas à respecter mon planning ?</w:t>
      </w:r>
    </w:p>
    <w:p>
      <w:r>
        <w:t>Analysez les raisons : surcharge, distractions, manque de motivation. Ajustez votre emploi du temps pour le rendre plus réaliste. Réduisez le nombre de tâches par jour et priorisez l'essentiel.</w:t>
      </w:r>
    </w:p>
    <w:p>
      <w:r>
        <w:rPr>
          <w:b/>
        </w:rPr>
        <w:t>Dois-je planifier chaque minute de ma journée ?</w:t>
      </w:r>
    </w:p>
    <w:p>
      <w:r>
        <w:t>Non, il est important de laisser des plages flexibles pour les imprévus et les moments de repos. Un emploi du temps trop rigide peut devenir source de stress. Prévoyez des blocs de temps plutôt que des horaires précis pour chaque micro-tâche.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