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Ressource pratique : Exemple De SIRET : Tout Ce Que Vous Devez Savoir Pour</w:t>
      </w:r>
    </w:p>
    <w:p>
      <w:r>
        <w:t>Cette ressource vous fournit un exemple concret de numéro SIRET, une version vierge à remplir, et des explications claires sur sa structure et son utilisation. Téléchargez le modèle PDF ou copiez le texte directement.</w:t>
      </w:r>
    </w:p>
    <w:p>
      <w:r>
        <w:rPr>
          <w:b/>
        </w:rPr>
        <w:t>Les informations fournies sont à titre illustratif. Le SIRET est un identifiant officiel délivré par l'INSEE. Pour toute démarche officielle, utilisez le numéro attribué à votre entreprise. En cas de doute, consultez un expert-comptable.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PDF ou copiez le texte ci-dessous.</w:t>
      </w:r>
    </w:p>
    <w:p>
      <w:pPr>
        <w:pStyle w:val="ListNumber"/>
      </w:pPr>
      <w:r>
        <w:t>Remplacez les informations entre crochets par les données réelles de votre entreprise.</w:t>
      </w:r>
    </w:p>
    <w:p>
      <w:pPr>
        <w:pStyle w:val="ListNumber"/>
      </w:pPr>
      <w:r>
        <w:t>Utilisez ce document pour vos dossiers administratifs, factures, etc.</w:t>
      </w:r>
    </w:p>
    <w:p>
      <w:pPr>
        <w:pStyle w:val="ListNumber"/>
      </w:pPr>
      <w:r>
        <w:t>Conservez une copie pour vos archives.</w:t>
      </w:r>
    </w:p>
    <w:p>
      <w:pPr>
        <w:pStyle w:val="Heading1"/>
      </w:pPr>
      <w:r>
        <w:t>Qu'est-ce qu'un SIRET ?</w:t>
      </w:r>
    </w:p>
    <w:p>
      <w:r>
        <w:t>Le SIRET (Système d'Identification du Répertoire des Établissements) est un numéro unique à 14 chiffres qui identifie chaque établissement d'une entreprise en France. Il est composé du SIREN (9 chiffres) suivi d'un numéro interne de classement (5 chiffres).</w:t>
      </w:r>
    </w:p>
    <w:p>
      <w:pPr>
        <w:pStyle w:val="Heading1"/>
      </w:pPr>
      <w:r>
        <w:t>Exemple rempli</w:t>
      </w:r>
    </w:p>
    <w:p>
      <w:r>
        <w:t>Voici un exemple fictif : SIRET : 123 456 789 00012. Ce numéro correspond à l'établissement principal de l'entreprise dont le SIREN est 123 456 789.</w:t>
      </w:r>
    </w:p>
    <w:p>
      <w:pPr>
        <w:pStyle w:val="Heading1"/>
      </w:pPr>
      <w:r>
        <w:t>Où trouver votre SIRET ?</w:t>
      </w:r>
    </w:p>
    <w:p>
      <w:r>
        <w:t>Votre SIRET figure sur votre extrait Kbis, votre avis de situation INSEE, et vos documents fiscaux. Vous pouvez aussi le retrouver sur le site officiel de l'INSEE.</w:t>
      </w:r>
    </w:p>
    <w:p>
      <w:pPr>
        <w:pStyle w:val="Heading1"/>
      </w:pPr>
      <w:r>
        <w:t>Modèle prêt à adapter</w:t>
      </w:r>
    </w:p>
    <w:p>
      <w:r>
        <w:t>Modèle de document avec SIRET : Nom de l'entreprise : [Nom de l'entreprise] Adresse : [Adresse complète] SIRET : [Numéro SIRET à 14 chiffres] Date : [Date] Objet : [Objet du document] Corps du document : [Texte libre] Signature : [Signature]</w:t>
      </w:r>
    </w:p>
    <w:p>
      <w:pPr>
        <w:pStyle w:val="Heading1"/>
      </w:pPr>
      <w:r>
        <w:t>Checklist</w:t>
      </w:r>
    </w:p>
    <w:p>
      <w:r>
        <w:t>☐ Vérifier que le SIRET comporte bien 14 chiffres</w:t>
      </w:r>
    </w:p>
    <w:p>
      <w:r>
        <w:t>☐ Contrôler que le SIREN correspond à l'entreprise</w:t>
      </w:r>
    </w:p>
    <w:p>
      <w:r>
        <w:t>☐ Utiliser le SIRET de l'établissement concerné (si plusieurs)</w:t>
      </w:r>
    </w:p>
    <w:p>
      <w:r>
        <w:t>☐ Mettre à jour le document si l'entreprise déménage</w:t>
      </w:r>
    </w:p>
    <w:p>
      <w:r>
        <w:t>☐ Ne pas confondre SIRET et SIREN</w:t>
      </w:r>
    </w:p>
    <w:p>
      <w:r>
        <w:t>☐ Conserver une copie du justificatif INSEE</w:t>
      </w:r>
    </w:p>
    <w:p>
      <w:pPr>
        <w:pStyle w:val="Heading1"/>
      </w:pPr>
      <w:r>
        <w:t>Questions fréquentes</w:t>
      </w:r>
    </w:p>
    <w:p>
      <w:r>
        <w:rPr>
          <w:b/>
        </w:rPr>
        <w:t>Quelle est la différence entre SIREN et SIRET ?</w:t>
      </w:r>
    </w:p>
    <w:p>
      <w:r>
        <w:t>Le SIREN est un numéro à 9 chiffres qui identifie l'entreprise dans son ensemble. Le SIRET est un numéro à 14 chiffres qui identifie chaque établissement de l'entreprise (siège, agences, etc.). Le SIRET est composé du SIREN + un numéro interne de 5 chiffres.</w:t>
      </w:r>
    </w:p>
    <w:p>
      <w:r>
        <w:rPr>
          <w:b/>
        </w:rPr>
        <w:t>Puis-je utiliser un exemple de SIRET pour mes démarches ?</w:t>
      </w:r>
    </w:p>
    <w:p>
      <w:r>
        <w:t>Non, un exemple est fictif et ne doit pas être utilisé à des fins officielles. Vous devez utiliser le numéro SIRET attribué à votre entreprise par l'INSEE. Un exemple sert uniquement à comprendre la structure.</w:t>
      </w:r>
    </w:p>
    <w:p>
      <w:r>
        <w:rPr>
          <w:b/>
        </w:rPr>
        <w:t>Comment obtenir un SIRET ?</w:t>
      </w:r>
    </w:p>
    <w:p>
      <w:r>
        <w:t>Le SIRET est attribué automatiquement lors de la création de votre entreprise (immatriculation au registre du commerce ou répertoire des métiers). Vous le recevez dans votre avis de situation INSEE.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