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 de projet gestion des risques BTS GPME : guide pratique et modèle</w:t>
      </w:r>
    </w:p>
    <w:p>
      <w:r>
        <w:t>Ce guide pratique vous accompagne pas à pas dans la construction d'un projet de gestion des risques pour votre BTS GPME. Vous y trouverez un exemple concret, un modèle vierge à compléter, des consignes claires et des fichiers téléchargeables pour vous aider à réussir votre dossier.</w:t>
      </w:r>
    </w:p>
    <w:p>
      <w:r>
        <w:rPr>
          <w:b/>
        </w:rPr>
        <w:t>Ce contenu est fourni à titre d'exemple pédagogique. Adaptez-le à votre projet réel et vérifiez les attentes précises de votre formateur ou de votre académie.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Identifier le contexte du projet : décrivez l'entreprise, le service et l'objectif du projet.</w:t>
      </w:r>
    </w:p>
    <w:p>
      <w:pPr>
        <w:pStyle w:val="ListNumber"/>
      </w:pPr>
      <w:r>
        <w:t>Lister les risques potentiels : utilisez un brainstorming ou une analyse SWOT pour repérer les menaces.</w:t>
      </w:r>
    </w:p>
    <w:p>
      <w:pPr>
        <w:pStyle w:val="ListNumber"/>
      </w:pPr>
      <w:r>
        <w:t>Évaluer chaque risque : estimez sa probabilité et son impact (sur une échelle de 1 à 5).</w:t>
      </w:r>
    </w:p>
    <w:p>
      <w:pPr>
        <w:pStyle w:val="ListNumber"/>
      </w:pPr>
      <w:r>
        <w:t>Définir des actions de prévention et de réponse : pour chaque risque, proposez des mesures concrètes.</w:t>
      </w:r>
    </w:p>
    <w:p>
      <w:pPr>
        <w:pStyle w:val="ListNumber"/>
      </w:pPr>
      <w:r>
        <w:t>Suivre et mettre à jour le plan de gestion des risques : prévoyez des points de contrôle réguliers.</w:t>
      </w:r>
    </w:p>
    <w:p>
      <w:pPr>
        <w:pStyle w:val="Heading1"/>
      </w:pPr>
      <w:r>
        <w:t>Exemple rempli : projet de mise en place d'un logiciel de gestion commerciale</w:t>
      </w:r>
    </w:p>
    <w:p>
      <w:r>
        <w:t>Contexte : PME de 25 salariés, secteur négoce, objectif : déployer un logiciel de gestion commerciale en 3 mois. Risques identifiés : résistance au changement, dépassement du budget, retard de livraison, perte de données. Pour chaque risque, le tableau ci-dessous (dans le modèle) indique probabilité, impact, criticité, actions de prévention, actions de réponse et responsable.</w:t>
      </w:r>
    </w:p>
    <w:p>
      <w:pPr>
        <w:pStyle w:val="Heading1"/>
      </w:pPr>
      <w:r>
        <w:t>Version vierge à compléter</w:t>
      </w:r>
    </w:p>
    <w:p>
      <w:r>
        <w:t>Le modèle vierge reprend exactement la structure de l'exemple, avec des champs à remplir : contexte, liste des risques, évaluation (probabilité, impact, criticité), plan d'action, suivi. Téléchargez-le et adaptez-le à votre projet.</w:t>
      </w:r>
    </w:p>
    <w:p>
      <w:pPr>
        <w:pStyle w:val="Heading1"/>
      </w:pPr>
      <w:r>
        <w:t>Consignes pour réussir votre dossier</w:t>
      </w:r>
    </w:p>
    <w:p>
      <w:r>
        <w:t>Soyez précis et réaliste : basez-vous sur des faits réels. Utilisez des outils comme la matrice de criticité (probabilité x impact). Montrez que vous savez prioriser les risques et proposer des actions pertinentes. Relisez-vous et faites relire votre dossier pour éviter les erreurs.</w:t>
      </w:r>
    </w:p>
    <w:p>
      <w:pPr>
        <w:pStyle w:val="Heading1"/>
      </w:pPr>
      <w:r>
        <w:t>Modèle prêt à adapter</w:t>
      </w:r>
    </w:p>
    <w:p>
      <w:r>
        <w:t>MODÈLE DE PROJET GESTION DES RISQUES – BTS GPME 1. CONTEXTE DU PROJET - Entreprise : [Nom de l'entreprise] - Secteur d'activité : [Secteur] - Taille (effectif) : [Effectif] - Objectif du projet : [Description de l'objectif] - Durée prévue : [Durée] - Budget alloué : [Budget] 2. IDENTIFICATION DES RISQUES Lister tous les risques possibles (techniques, humains, financiers, organisationnels, etc.) - Risque 1 : [Description] - Risque 2 : [Description] - ... 3. ÉVALUATION DES RISQUES Pour chaque risque, évaluer la probabilité (1 = très faible, 5 = très forte) et l'impact (1 = mineur, 5 = majeur). | Risque | Probabilité (1-5) | Impact (1-5) | Criticité (P x I) | Niveau (faible, moyen, élevé) | |--------|-------------------|--------------|-------------------|-------------------------------| | [Risque 1] | [P] | [I] | [P*I] | [Niveau] | | [Risque 2] | [P] | [I] | [P*I] | [Niveau] | 4. PLAN D'ACTION Pour chaque risque, définir des actions de prévention (pour réduire la probabilité) et de réponse (si le risque survient). | Risque | Action de prévention | Action de réponse | Responsable | Coût estimé | |--------|----------------------|-------------------|-------------|-------------| | [Risque 1] | [Action] | [Action] | [Nom] | [Coût] | | [Risque 2] | [Action] | [Action] | [Nom] | [Coût] | 5. SUIVI ET MISE À JOUR - Fréquence de suivi : [Hebdomadaire, mensuelle] - Indicateurs de suivi : [Ex : nombre de risques traités, retard, budget consommé] - Date de prochaine revue : [Date] 6. CONCLUSION - Synthèse des risques majeurs et des actions prioritaires. - Leçons apprises ou points de vigilance. Signatures : - Étudiant : [Nom] Date : [Date] - Tuteur : [Nom] Date : [Date]</w:t>
      </w:r>
    </w:p>
    <w:p>
      <w:pPr>
        <w:pStyle w:val="Heading1"/>
      </w:pPr>
      <w:r>
        <w:t>Checklist</w:t>
      </w:r>
    </w:p>
    <w:p>
      <w:r>
        <w:t>☐ J'ai identifié au moins 5 risques pertinents.</w:t>
      </w:r>
    </w:p>
    <w:p>
      <w:r>
        <w:t>☐ J'ai évalué chaque risque avec une probabilité et un impact.</w:t>
      </w:r>
    </w:p>
    <w:p>
      <w:r>
        <w:t>☐ J'ai calculé la criticité et classé les risques.</w:t>
      </w:r>
    </w:p>
    <w:p>
      <w:r>
        <w:t>☐ J'ai proposé des actions de prévention et de réponse pour chaque risque.</w:t>
      </w:r>
    </w:p>
    <w:p>
      <w:r>
        <w:t>☐ J'ai attribué un responsable et un coût pour chaque action.</w:t>
      </w:r>
    </w:p>
    <w:p>
      <w:r>
        <w:t>☐ J'ai prévu un suivi régulier et des indicateurs.</w:t>
      </w:r>
    </w:p>
    <w:p>
      <w:r>
        <w:t>☐ Mon dossier est structuré et sans fautes.</w:t>
      </w:r>
    </w:p>
    <w:p>
      <w:r>
        <w:t>☐ J'ai fait relire mon dossier par une autre personne.</w:t>
      </w:r>
    </w:p>
    <w:p>
      <w:pPr>
        <w:pStyle w:val="Heading1"/>
      </w:pPr>
      <w:r>
        <w:t>Questions fréquentes</w:t>
      </w:r>
    </w:p>
    <w:p>
      <w:r>
        <w:rPr>
          <w:b/>
        </w:rPr>
        <w:t>Quels sont les risques les plus fréquents dans un projet en BTS GPME ?</w:t>
      </w:r>
    </w:p>
    <w:p>
      <w:r>
        <w:t>Les risques fréquents incluent le dépassement de budget, les retards de planning, la résistance des équipes, les problèmes de communication, les pannes techniques et les erreurs de saisie. Adaptez-les à votre contexte.</w:t>
      </w:r>
    </w:p>
    <w:p>
      <w:r>
        <w:rPr>
          <w:b/>
        </w:rPr>
        <w:t>Comment calculer la criticité d'un risque ?</w:t>
      </w:r>
    </w:p>
    <w:p>
      <w:r>
        <w:t>La criticité est généralement le produit de la probabilité par l'impact (P x I). Par exemple, une probabilité de 4 et un impact de 5 donnent une criticité de 20. Plus le score est élevé, plus le risque est important.</w:t>
      </w:r>
    </w:p>
    <w:p>
      <w:r>
        <w:rPr>
          <w:b/>
        </w:rPr>
        <w:t>Ce modèle est-il conforme aux attentes de l'examen ?</w:t>
      </w:r>
    </w:p>
    <w:p>
      <w:r>
        <w:t>Ce modèle est une base pédagogique. Les exigences peuvent varier selon les académies et les formateurs. Vérifiez toujours le référentiel et les consignes spécifiques de votre BTS.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