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projet de création d'un centre de formation téléchargeable</w:t>
      </w:r>
    </w:p>
    <w:p>
      <w:r>
        <w:t>Ce modèle de projet pour la création d'un centre de formation vous aide à structurer votre idée. Il comprend un plan détaillé, un exemple concret, des consignes et un fichier téléchargeable pour vous lancer.</w:t>
      </w:r>
    </w:p>
    <w:p>
      <w:r>
        <w:rPr>
          <w:b/>
        </w:rPr>
        <w:t>Ce document est un exemple générique. Adaptez-le à votre contexte et faites valider les aspects juridiques et financiers par des professionnels compétents.</w:t>
      </w:r>
    </w:p>
    <w:p>
      <w:pPr>
        <w:pStyle w:val="Heading1"/>
      </w:pPr>
      <w:r>
        <w:t>Mode d'emploi</w:t>
      </w:r>
    </w:p>
    <w:p>
      <w:pPr>
        <w:pStyle w:val="ListNumber"/>
      </w:pPr>
      <w:r>
        <w:t>Téléchargez le modèle de projet ci-dessous.</w:t>
      </w:r>
    </w:p>
    <w:p>
      <w:pPr>
        <w:pStyle w:val="ListNumber"/>
      </w:pPr>
      <w:r>
        <w:t>Complétez chaque section avec vos informations : objectifs, public, programme, budget.</w:t>
      </w:r>
    </w:p>
    <w:p>
      <w:pPr>
        <w:pStyle w:val="ListNumber"/>
      </w:pPr>
      <w:r>
        <w:t>Utilisez l'exemple fourni comme source d'inspiration.</w:t>
      </w:r>
    </w:p>
    <w:p>
      <w:pPr>
        <w:pStyle w:val="ListNumber"/>
      </w:pPr>
      <w:r>
        <w:t>Faites relire votre projet par un expert avant de le présenter à des financeurs.</w:t>
      </w:r>
    </w:p>
    <w:p>
      <w:pPr>
        <w:pStyle w:val="Heading1"/>
      </w:pPr>
      <w:r>
        <w:t>Structure du projet</w:t>
      </w:r>
    </w:p>
    <w:p>
      <w:r>
        <w:t>Un projet de centre de formation doit inclure : une présentation du projet, les objectifs pédagogiques, le public cible, le programme de formation, les moyens matériels et humains, le budget prévisionnel, et un calendrier de mise en œuvre.</w:t>
      </w:r>
    </w:p>
    <w:p>
      <w:pPr>
        <w:pStyle w:val="Heading1"/>
      </w:pPr>
      <w:r>
        <w:t>Exemple inspirant</w:t>
      </w:r>
    </w:p>
    <w:p>
      <w:r>
        <w:t>Exemple : « Centre de formation aux métiers du numérique » propose des formations intensives en développement web. Objectif : former 100 apprenants par an. Public : demandeurs d'emploi et reconversion. Budget prévisionnel : 200 000€ pour la première année, avec financement par des subventions et des fonds propres.</w:t>
      </w:r>
    </w:p>
    <w:p>
      <w:pPr>
        <w:pStyle w:val="Heading1"/>
      </w:pPr>
      <w:r>
        <w:t>Consignes de rédaction</w:t>
      </w:r>
    </w:p>
    <w:p>
      <w:r>
        <w:t>Soyez précis et réaliste. Décrivez votre valeur ajoutée, votre équipe, et les partenariats envisagés. Justifiez les coûts et les recettes. Prévoyez une analyse des risques.</w:t>
      </w:r>
    </w:p>
    <w:p>
      <w:pPr>
        <w:pStyle w:val="Heading1"/>
      </w:pPr>
      <w:r>
        <w:t>Modèle prêt à adapter</w:t>
      </w:r>
    </w:p>
    <w:p>
      <w:r>
        <w:t>PROJET DE CRÉATION D'UN CENTRE DE FORMATION 1. Présentation du projet - Nom du centre : [Nom] - Localisation : [Adresse] - Statut juridique envisagé : [Forme juridique] - Objectifs : [Objectifs] 2. Public cible - [Description du public] - Besoins identifiés : [Besoins] 3. Programme de formation - Domaines : [Domaines] - Formations proposées : [Liste] - Durée et modalités : [Durée, présentiel/à distance] 4. Moyens - Locaux : [Description] - Équipements : [Liste] - Équipe pédagogique : [Qualification] 5. Budget prévisionnel - Investissements : [Montant] - Charges de fonctionnement : [Montant] - Recettes prévisionnelles : [Montant] - Plan de financement : [Sources] 6. Calendrier de mise en œuvre - Étapes : [Dates] 7. Analyse des risques - [Risques et parades]</w:t>
      </w:r>
    </w:p>
    <w:p>
      <w:pPr>
        <w:pStyle w:val="Heading1"/>
      </w:pPr>
      <w:r>
        <w:t>Checklist</w:t>
      </w:r>
    </w:p>
    <w:p>
      <w:r>
        <w:t>☐ Objectifs clairs et mesurables</w:t>
      </w:r>
    </w:p>
    <w:p>
      <w:r>
        <w:t>☐ Public cible défini</w:t>
      </w:r>
    </w:p>
    <w:p>
      <w:r>
        <w:t>☐ Programme détaillé</w:t>
      </w:r>
    </w:p>
    <w:p>
      <w:r>
        <w:t>☐ Moyens matériels et humains identifiés</w:t>
      </w:r>
    </w:p>
    <w:p>
      <w:r>
        <w:t>☐ Budget prévisionnel réaliste</w:t>
      </w:r>
    </w:p>
    <w:p>
      <w:r>
        <w:t>☐ Calendrier précis</w:t>
      </w:r>
    </w:p>
    <w:p>
      <w:r>
        <w:t>☐ Analyse des risques</w:t>
      </w:r>
    </w:p>
    <w:p>
      <w:pPr>
        <w:pStyle w:val="Heading1"/>
      </w:pPr>
      <w:r>
        <w:t>Questions fréquentes</w:t>
      </w:r>
    </w:p>
    <w:p>
      <w:r>
        <w:rPr>
          <w:b/>
        </w:rPr>
        <w:t>Quelles sont les étapes clés pour créer un centre de formation ?</w:t>
      </w:r>
    </w:p>
    <w:p>
      <w:r>
        <w:t>Les étapes clés incluent : étude de marché, élaboration du projet pédagogique, choix du statut juridique, recherche de financement, aménagement des locaux, recrutement de l'équipe, et dépôt du dossier de déclaration d'activité si vous êtes en France.</w:t>
      </w:r>
    </w:p>
    <w:p>
      <w:r>
        <w:rPr>
          <w:b/>
        </w:rPr>
        <w:t>Quel statut juridique choisir pour un centre de formation ?</w:t>
      </w:r>
    </w:p>
    <w:p>
      <w:r>
        <w:t>Le choix dépend de votre projet : association loi 1901 pour un but non lucratif, SARL ou SAS pour une activité commerciale, ou auto-entreprise pour une petite structure. Consultez un expert-comptable pour décider.</w:t>
      </w:r>
    </w:p>
    <w:p>
      <w:r>
        <w:rPr>
          <w:b/>
        </w:rPr>
        <w:t>Comment financer la création d'un centre de formation ?</w:t>
      </w:r>
    </w:p>
    <w:p>
      <w:r>
        <w:t>Les financements possibles : fonds propres, emprunts bancaires, subventions publiques (région, État), financement participatif, ou partenariats avec des entreprises. Un business plan solide est essentiel.</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