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de Présentation de Projet de Création d'Entreprise</w:t>
      </w:r>
    </w:p>
    <w:p>
      <w:r>
        <w:t>Cette ressource vous fournit une structure complète pour présenter votre projet de création d'entreprise, avec un exemple rempli et un modèle téléchargeable. Utilisez-la pour convaincre des investisseurs, des banques ou des partenaires.</w:t>
      </w:r>
    </w:p>
    <w:p>
      <w:r>
        <w:rPr>
          <w:b/>
        </w:rPr>
        <w:t>Ce document est un exemple illustratif. Adaptez les informations à votre projet et faites valider les aspects juridiques et financiers par des professionnels compétents.</w:t>
      </w:r>
    </w:p>
    <w:p>
      <w:pPr>
        <w:pStyle w:val="Heading1"/>
      </w:pPr>
      <w:r>
        <w:t>Mode d'emploi</w:t>
      </w:r>
    </w:p>
    <w:p>
      <w:pPr>
        <w:pStyle w:val="ListNumber"/>
      </w:pPr>
      <w:r>
        <w:t>Téléchargez le modèle de présentation (PDF ou copiable).</w:t>
      </w:r>
    </w:p>
    <w:p>
      <w:pPr>
        <w:pStyle w:val="ListNumber"/>
      </w:pPr>
      <w:r>
        <w:t>Remplissez chaque section avec les informations spécifiques à votre projet.</w:t>
      </w:r>
    </w:p>
    <w:p>
      <w:pPr>
        <w:pStyle w:val="ListNumber"/>
      </w:pPr>
      <w:r>
        <w:t>Personnalisez le texte pour refléter votre vision et votre marché.</w:t>
      </w:r>
    </w:p>
    <w:p>
      <w:pPr>
        <w:pStyle w:val="ListNumber"/>
      </w:pPr>
      <w:r>
        <w:t>Relisez et faites relire par un tiers pour vérifier la clarté et la cohérence.</w:t>
      </w:r>
    </w:p>
    <w:p>
      <w:pPr>
        <w:pStyle w:val="ListNumber"/>
      </w:pPr>
      <w:r>
        <w:t>Préparez une version orale pour accompagner votre présentation.</w:t>
      </w:r>
    </w:p>
    <w:p>
      <w:pPr>
        <w:pStyle w:val="Heading1"/>
      </w:pPr>
      <w:r>
        <w:t>Structure de la présentation</w:t>
      </w:r>
    </w:p>
    <w:p>
      <w:r>
        <w:t>Une présentation de projet de création d'entreprise doit inclure : 1) Un résumé exécutif, 2) La présentation de l'équipe, 3) L'analyse de marché, 4) Le produit ou service, 5) Le modèle économique, 6) Le plan financier, 7) Les besoins en financement. Chaque section doit être concise et convaincante.</w:t>
      </w:r>
    </w:p>
    <w:p>
      <w:pPr>
        <w:pStyle w:val="Heading1"/>
      </w:pPr>
      <w:r>
        <w:t>Conseils pour réussir</w:t>
      </w:r>
    </w:p>
    <w:p>
      <w:r>
        <w:t>Utilisez des chiffres précis et des données réalistes. Mettez en avant votre valeur ajoutée et votre différenciation. Adaptez le niveau de détail à votre audience. Préparez des réponses aux questions potentielles.</w:t>
      </w:r>
    </w:p>
    <w:p>
      <w:pPr>
        <w:pStyle w:val="Heading1"/>
      </w:pPr>
      <w:r>
        <w:t>Modèle prêt à adapter</w:t>
      </w:r>
    </w:p>
    <w:p>
      <w:r>
        <w:t>PRÉSENTATION DE PROJET DE CRÉATION D'ENTREPRISE 1. Résumé exécutif [Présentez en quelques lignes votre projet, votre marché cible, votre avantage concurrentiel et vos objectifs.] 2. Équipe dirigeante - [Nom] : [Rôle] - [Expérience] - [Nom] : [Rôle] - [Expérience] 3. Analyse de marché - Taille du marché : [Chiffre] - Tendances : [Décrivez] - Concurrence : [Listez les concurrents] - Cible : [Décrivez vos clients] 4. Produit / Service - Description : [Détaillez] - Avantages : [Listez] - Propriété intellectuelle : [Détaillez] 5. Modèle économique - Sources de revenus : [Listez] - Prix : [Indiquez] - Coûts : [Listez] 6. Plan financier - Investissement initial : [Montant] - Chiffre d'affaires prévisionnel : [Montant] - Rentabilité : [Détaillez] 7. Besoins en financement - Montant demandé : [Montant] - Utilisation des fonds : [Détaillez] - Retour sur investissement : [Détaillez] 8. Annexes [Documents complémentaires : CV, études, etc.]</w:t>
      </w:r>
    </w:p>
    <w:p>
      <w:pPr>
        <w:pStyle w:val="Heading1"/>
      </w:pPr>
      <w:r>
        <w:t>Checklist</w:t>
      </w:r>
    </w:p>
    <w:p>
      <w:r>
        <w:t>☐ Résumé exécutif percutant</w:t>
      </w:r>
    </w:p>
    <w:p>
      <w:r>
        <w:t>☐ Équipe crédible avec expériences</w:t>
      </w:r>
    </w:p>
    <w:p>
      <w:r>
        <w:t>☐ Analyse de marché réaliste</w:t>
      </w:r>
    </w:p>
    <w:p>
      <w:r>
        <w:t>☐ Proposition de valeur claire</w:t>
      </w:r>
    </w:p>
    <w:p>
      <w:r>
        <w:t>☐ Modèle économique viable</w:t>
      </w:r>
    </w:p>
    <w:p>
      <w:r>
        <w:t>☐ Prévisions financières cohérentes</w:t>
      </w:r>
    </w:p>
    <w:p>
      <w:r>
        <w:t>☐ Besoins en financement justifiés</w:t>
      </w:r>
    </w:p>
    <w:p>
      <w:r>
        <w:t>☐ Présentation visuelle soignée</w:t>
      </w:r>
    </w:p>
    <w:p>
      <w:pPr>
        <w:pStyle w:val="Heading1"/>
      </w:pPr>
      <w:r>
        <w:t>Questions fréquentes</w:t>
      </w:r>
    </w:p>
    <w:p>
      <w:r>
        <w:rPr>
          <w:b/>
        </w:rPr>
        <w:t>Quelle longueur doit faire une présentation de projet ?</w:t>
      </w:r>
    </w:p>
    <w:p>
      <w:r>
        <w:t>En général, 10 à 20 slides suffisent pour une présentation orale. Le document écrit peut être plus détaillé, mais l'essentiel doit tenir en quelques pages.</w:t>
      </w:r>
    </w:p>
    <w:p>
      <w:r>
        <w:rPr>
          <w:b/>
        </w:rPr>
        <w:t>Dois-je inclure des données financières précises ?</w:t>
      </w:r>
    </w:p>
    <w:p>
      <w:r>
        <w:t>Oui, les investisseurs attendent des chiffres réalistes. Utilisez des études de marché et des hypothèses claires. Faites-les valider par un expert-comptable si possible.</w:t>
      </w:r>
    </w:p>
    <w:p>
      <w:r>
        <w:rPr>
          <w:b/>
        </w:rPr>
        <w:t>Comment adapter ce modèle à mon secteur ?</w:t>
      </w:r>
    </w:p>
    <w:p>
      <w:r>
        <w:t>Remplacez les exemples par des informations spécifiques à votre activité. Par exemple, pour un restaurant, détaillez le concept culinaire, l'emplacement, et les coûts d'équipement.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