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Fiche d'Inspiration pour Façade de Maison</w:t>
      </w:r>
    </w:p>
    <w:p>
      <w:r>
        <w:t>Cette ressource vous aide à structurer vos idées pour la façade de votre maison. Elle comprend un exemple rempli, un modèle vierge et des consignes pour l'utiliser efficacement.</w:t>
      </w:r>
    </w:p>
    <w:p>
      <w:r>
        <w:rPr>
          <w:b/>
        </w:rPr>
        <w:t>Ce document est un outil d'aide à la réflexion. Il ne remplace pas les conseils d'un architecte ou d'un professionnel de la construction.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ou copiez le texte ci-dessous.</w:t>
      </w:r>
    </w:p>
    <w:p>
      <w:pPr>
        <w:pStyle w:val="ListNumber"/>
      </w:pPr>
      <w:r>
        <w:t>Remplissez chaque champ avec vos informations et préférences.</w:t>
      </w:r>
    </w:p>
    <w:p>
      <w:pPr>
        <w:pStyle w:val="ListNumber"/>
      </w:pPr>
      <w:r>
        <w:t>Utilisez la checklist pour évaluer vos choix.</w:t>
      </w:r>
    </w:p>
    <w:p>
      <w:pPr>
        <w:pStyle w:val="ListNumber"/>
      </w:pPr>
      <w:r>
        <w:t>Consultez un professionnel avant de finaliser votre projet.</w:t>
      </w:r>
    </w:p>
    <w:p>
      <w:pPr>
        <w:pStyle w:val="Heading1"/>
      </w:pPr>
      <w:r>
        <w:t>Exemple rempli</w:t>
      </w:r>
    </w:p>
    <w:p>
      <w:r>
        <w:t>Voir le modèle ci-dessous avec un exemple concret.</w:t>
      </w:r>
    </w:p>
    <w:p>
      <w:pPr>
        <w:pStyle w:val="Heading1"/>
      </w:pPr>
      <w:r>
        <w:t>Version vierge</w:t>
      </w:r>
    </w:p>
    <w:p>
      <w:r>
        <w:t>Le modèle vierge est fourni dans le texte du modèle.</w:t>
      </w:r>
    </w:p>
    <w:p>
      <w:pPr>
        <w:pStyle w:val="Heading1"/>
      </w:pPr>
      <w:r>
        <w:t>Consignes</w:t>
      </w:r>
    </w:p>
    <w:p>
      <w:r>
        <w:t>Suivez les étapes et la checklist pour une utilisation optimale.</w:t>
      </w:r>
    </w:p>
    <w:p>
      <w:pPr>
        <w:pStyle w:val="Heading1"/>
      </w:pPr>
      <w:r>
        <w:t>Modèle prêt à adapter</w:t>
      </w:r>
    </w:p>
    <w:p>
      <w:r>
        <w:t>FICHE D'INSPIRATION POUR FAÇADE DE MAISON Projet : [Nom du projet] Date : [Date] 1. Style architectural souhaité : [Exemple : Contemporain, Traditionnel, Moderne, Rustique, etc.] 2. Matériaux principaux : - Revêtement : [Exemple : Brique, Crépi, Bois, Pierre, etc.] - Toiture : [Exemple : Ardoise, Tuile, Zinc, etc.] - Menuiseries : [Exemple : Aluminium, PVC, Bois, etc.] 3. Couleurs dominantes : - Façade : [Exemple : Blanc, Gris, Beige, etc.] - Toiture : [Exemple : Anthracite, Brun, etc.] - Détails : [Exemple : Noir, Bois naturel, etc.] 4. Éléments architecturaux : - Type de toit : [Exemple : Plat, Pentu, à deux pans, etc.] - Forme des fenêtres : [Exemple : Rectangulaires, Cintrées, etc.] - Présence de balcon/terrasse : [Oui/Non] - Garage intégré : [Oui/Non] - Autres : [Exemple : Porche, colonnes, etc.] 5. Environnement et exposition : - Orientation : [Exemple : Sud, Ouest, etc.] - Type de terrain : [Exemple : Plat, en pente, etc.] - Végétation existante : [Exemple : Arbres, haies, etc.] 6. Contraintes et réglementations : - Plan local d'urbanisme (PLU) : [Exemple : Respecter les hauteurs, matériaux imposés, etc.] - Autres contraintes : [Exemple : Copropriété, zone protégée, etc.] 7. Budget estimé : - Pour la façade : [Montant] - Pour les finitions : [Montant] 8. Inspirations (photos, croquis) : - [Décrire ou joindre des références] 9. Notes et idées supplémentaires : - [Vos remarques] Signature : __________________</w:t>
      </w:r>
    </w:p>
    <w:p>
      <w:pPr>
        <w:pStyle w:val="Heading1"/>
      </w:pPr>
      <w:r>
        <w:t>Checklist</w:t>
      </w:r>
    </w:p>
    <w:p>
      <w:r>
        <w:t>☐ Avez-vous défini le style architectural ?</w:t>
      </w:r>
    </w:p>
    <w:p>
      <w:r>
        <w:t>☐ Avez-vous choisi les matériaux principaux ?</w:t>
      </w:r>
    </w:p>
    <w:p>
      <w:r>
        <w:t>☐ Avez-vous sélectionné les couleurs ?</w:t>
      </w:r>
    </w:p>
    <w:p>
      <w:r>
        <w:t>☐ Avez-vous réfléchi aux éléments architecturaux ?</w:t>
      </w:r>
    </w:p>
    <w:p>
      <w:r>
        <w:t>☐ Avez-vous pris en compte l'environnement ?</w:t>
      </w:r>
    </w:p>
    <w:p>
      <w:r>
        <w:t>☐ Avez-vous vérifié les réglementations locales ?</w:t>
      </w:r>
    </w:p>
    <w:p>
      <w:r>
        <w:t>☐ Avez-vous établi un budget réaliste ?</w:t>
      </w:r>
    </w:p>
    <w:p>
      <w:r>
        <w:t>☐ Avez-vous consulté un professionnel ?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modèle pour un projet de rénovation ?</w:t>
      </w:r>
    </w:p>
    <w:p>
      <w:r>
        <w:t>Oui, ce modèle convient aussi bien pour une construction neuve que pour une rénovation. Adaptez simplement les champs à votre situation.</w:t>
      </w:r>
    </w:p>
    <w:p>
      <w:r>
        <w:rPr>
          <w:b/>
        </w:rPr>
        <w:t>Dois-je respecter strictement les matériaux indiqués ?</w:t>
      </w:r>
    </w:p>
    <w:p>
      <w:r>
        <w:t>Non, ce modèle est un outil de réflexion. Les choix finaux doivent être validés par un professionnel et conformes aux règles locales.</w:t>
      </w:r>
    </w:p>
    <w:p>
      <w:r>
        <w:rPr>
          <w:b/>
        </w:rPr>
        <w:t>Ce modèle garantit-il l'obtention d'un permis de construire ?</w:t>
      </w:r>
    </w:p>
    <w:p>
      <w:r>
        <w:t>Non, ce document ne remplace pas les démarches administratives. Il vous aide à structurer vos idées, mais la conformité doit être vérifiée par les autorités compétentes.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