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signalement de discrimination au travail (exemple rempli et vierge)</w:t>
      </w:r>
    </w:p>
    <w:p>
      <w:r>
        <w:t>Ce modèle vous aide à documenter une situation de discrimination au travail de manière factuelle et structurée. Il peut servir de base pour un signalement interne à votre employeur ou pour préparer une démarche formelle. Il est fourni à titre illustratif et ne remplace pas un avis juridique personnalisé.</w:t>
      </w:r>
    </w:p>
    <w:p>
      <w:r>
        <w:rPr>
          <w:b/>
        </w:rPr>
        <w:t>Ce document est un modèle générique. Avant toute utilisation officielle, faites-le valider par un professionnel du droit ou un représentant du personnel compétent. Ne divulguez pas d'informations sensibles sans protection adaptée.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Rassemblez les preuves : e-mails, messages, témoignages, enregistrements (si légaux), etc.</w:t>
      </w:r>
    </w:p>
    <w:p>
      <w:pPr>
        <w:pStyle w:val="ListNumber"/>
      </w:pPr>
      <w:r>
        <w:t>Décrivez les faits de manière chronologique et factuelle, sans interprétation.</w:t>
      </w:r>
    </w:p>
    <w:p>
      <w:pPr>
        <w:pStyle w:val="ListNumber"/>
      </w:pPr>
      <w:r>
        <w:t>Identifiez les personnes impliquées et les témoins éventuels.</w:t>
      </w:r>
    </w:p>
    <w:p>
      <w:pPr>
        <w:pStyle w:val="ListNumber"/>
      </w:pPr>
      <w:r>
        <w:t>Précisez le motif de discrimination (âge, sexe, origine, handicap, etc.) et les textes que vous pensez concernés.</w:t>
      </w:r>
    </w:p>
    <w:p>
      <w:pPr>
        <w:pStyle w:val="ListNumber"/>
      </w:pPr>
      <w:r>
        <w:t>Conservez une copie du document et envoyez-le à votre hiérarchie ou au service RH en respectant la procédure interne.</w:t>
      </w:r>
    </w:p>
    <w:p>
      <w:pPr>
        <w:pStyle w:val="Heading1"/>
      </w:pPr>
      <w:r>
        <w:t>Structure du document</w:t>
      </w:r>
    </w:p>
    <w:p>
      <w:r>
        <w:t>Le modèle comprend : vos coordonnées, celles de l'entreprise, la date, l'objet, un exposé des faits, les preuves, les personnes concernées, le motif de discrimination, les démarches déjà entreprises et votre signature.</w:t>
      </w:r>
    </w:p>
    <w:p>
      <w:pPr>
        <w:pStyle w:val="Heading1"/>
      </w:pPr>
      <w:r>
        <w:t>Conseils de rédaction</w:t>
      </w:r>
    </w:p>
    <w:p>
      <w:r>
        <w:t>Restez neutre et précis. Évitez les jugements de valeur. Utilisez des dates et des faits vérifiables. Indiquez clairement ce que vous attendez de l'entreprise (enquête, mesures correctives, etc.).</w:t>
      </w:r>
    </w:p>
    <w:p>
      <w:pPr>
        <w:pStyle w:val="Heading1"/>
      </w:pPr>
      <w:r>
        <w:t>Modèle prêt à adapter</w:t>
      </w:r>
    </w:p>
    <w:p>
      <w:r>
        <w:t>MODÈLE DE SIGNALEMENT DE DISCRIMINATION AU TRAVAIL [Vos Prénom Nom] [Votre adresse] [Votre téléphone] [Votre e-mail] [Nom de l'entreprise] [Adresse de l'entreprise] À l'attention de [Nom du responsable RH] Date : [Date] Objet : Signalement d'une situation de discrimination Madame, Monsieur, Je me permets de vous alerter sur une situation de discrimination que je subis dans le cadre de mon poste de [Votre poste] au sein de [Nom du service]. Exposé des faits : [Relatez les faits de manière chronologique, avec dates et lieux. Par exemple : Le [Date], lors d'une réunion d'équipe, mon supérieur m'a refusé une promotion en déclarant que 'les personnes de [motif] ne sont pas faites pour ce poste'.] Personnes impliquées : - [Nom et fonction de la personne auteur des faits] - [Nom et fonction des témoins éventuels] Preuves : - [Listez les preuves : e-mails, messages, enregistrements, etc.] Motif de discrimination : - [Cochez ou précisez : âge, sexe, origine, handicap, religion, orientation sexuelle, etc.] Démarches déjà entreprises : - [Indiquez si vous avez déjà signalé les faits à un supérieur, au CSE, etc.] En conséquence, je vous demande de bien vouloir : - [Exprimez vos attentes : enquête interne, mesures correctives, etc.] Je reste à votre disposition pour tout complément d'information. Je vous prie d'agréer, Madame, Monsieur, l'expression de mes salutations distinguées. [Signature] [Prénom Nom]</w:t>
      </w:r>
    </w:p>
    <w:p>
      <w:pPr>
        <w:pStyle w:val="Heading1"/>
      </w:pPr>
      <w:r>
        <w:t>Checklist</w:t>
      </w:r>
    </w:p>
    <w:p>
      <w:r>
        <w:t>☐ Avez-vous noté la date et l'heure des faits ?</w:t>
      </w:r>
    </w:p>
    <w:p>
      <w:r>
        <w:t>☐ Avez-vous identifié les personnes impliquées ?</w:t>
      </w:r>
    </w:p>
    <w:p>
      <w:r>
        <w:t>☐ Avez-vous listé toutes les preuves disponibles ?</w:t>
      </w:r>
    </w:p>
    <w:p>
      <w:r>
        <w:t>☐ Avez-vous précisé le motif de discrimination ?</w:t>
      </w:r>
    </w:p>
    <w:p>
      <w:r>
        <w:t>☐ Avez-vous décrit les faits sans émotion ?</w:t>
      </w:r>
    </w:p>
    <w:p>
      <w:r>
        <w:t>☐ Avez-vous indiqué les démarches déjà effectuées ?</w:t>
      </w:r>
    </w:p>
    <w:p>
      <w:r>
        <w:t>☐ Avez-vous conservé une copie du document ?</w:t>
      </w:r>
    </w:p>
    <w:p>
      <w:r>
        <w:t>☐ Avez-vous vérifié la procédure interne de signalement ?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a-t-il une valeur légale ?</w:t>
      </w:r>
    </w:p>
    <w:p>
      <w:r>
        <w:t>Non, ce modèle est un support de rédaction. Il ne remplace pas une consultation juridique. Pour une action en justice, faites-vous assister par un avocat ou un représentant syndical.</w:t>
      </w:r>
    </w:p>
    <w:p>
      <w:r>
        <w:rPr>
          <w:b/>
        </w:rPr>
        <w:t>Que faire si mon employeur ne réagit pas ?</w:t>
      </w:r>
    </w:p>
    <w:p>
      <w:r>
        <w:t>Vous pouvez saisir l'inspection du travail, le défenseur des droits, ou engager une action en justice. Conservez toutes les preuves et les traces de vos signalements.</w:t>
      </w:r>
    </w:p>
    <w:p>
      <w:r>
        <w:rPr>
          <w:b/>
        </w:rPr>
        <w:t>Puis-je utiliser ce modèle pour un signalement anonyme ?</w:t>
      </w:r>
    </w:p>
    <w:p>
      <w:r>
        <w:t>Le modèle est conçu pour une identification claire. Pour un signalement anonyme, utilisez les canaux prévus par votre entreprise ou les autorités compétentes.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