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Devis Paysagiste Professionnel (PDF et copiable)</w:t>
      </w:r>
    </w:p>
    <w:p>
      <w:r>
        <w:t>Ce modèle de devis paysagiste vous permet de créer rapidement un document professionnel et complet. Il inclut un exemple rempli, une version vierge et des consignes détaillées. Téléchargez le fichier PDF ou copiez le texte directement.</w:t>
      </w:r>
    </w:p>
    <w:p>
      <w:r>
        <w:rPr>
          <w:b/>
        </w:rPr>
        <w:t>Ce document est fourni à titre d'exemple. Adaptez-le à votre activité et faites-le valider par un professionnel si nécessaire.</w:t>
      </w:r>
    </w:p>
    <w:p>
      <w:pPr>
        <w:pStyle w:val="Heading1"/>
      </w:pPr>
      <w:r>
        <w:t>Mode d'emploi</w:t>
      </w:r>
    </w:p>
    <w:p>
      <w:pPr>
        <w:pStyle w:val="ListNumber"/>
      </w:pPr>
      <w:r>
        <w:t>Téléchargez le fichier PDF ou copiez le texte du modèle.</w:t>
      </w:r>
    </w:p>
    <w:p>
      <w:pPr>
        <w:pStyle w:val="ListNumber"/>
      </w:pPr>
      <w:r>
        <w:t>Remplacez les informations entre crochets par vos données (nom, coordonnées, etc.).</w:t>
      </w:r>
    </w:p>
    <w:p>
      <w:pPr>
        <w:pStyle w:val="ListNumber"/>
      </w:pPr>
      <w:r>
        <w:t>Détaillez les prestations avec les quantités et les prix unitaires.</w:t>
      </w:r>
    </w:p>
    <w:p>
      <w:pPr>
        <w:pStyle w:val="ListNumber"/>
      </w:pPr>
      <w:r>
        <w:t>Calculez le total HT, la TVA et le total TTC.</w:t>
      </w:r>
    </w:p>
    <w:p>
      <w:pPr>
        <w:pStyle w:val="ListNumber"/>
      </w:pPr>
      <w:r>
        <w:t>Relisez et envoyez le devis à votre client.</w:t>
      </w:r>
    </w:p>
    <w:p>
      <w:pPr>
        <w:pStyle w:val="Heading1"/>
      </w:pPr>
      <w:r>
        <w:t>Exemple de devis paysagiste rempli</w:t>
      </w:r>
    </w:p>
    <w:p>
      <w:r>
        <w:t>Voici un exemple concret pour vous guider. Ce devis concerne la création d'un jardin de 200 m² avec plantation et pose de gazon.</w:t>
      </w:r>
    </w:p>
    <w:p>
      <w:pPr>
        <w:pStyle w:val="Heading1"/>
      </w:pPr>
      <w:r>
        <w:t>Version vierge du devis</w:t>
      </w:r>
    </w:p>
    <w:p>
      <w:r>
        <w:t>Utilisez cette version pour vos propres devis. Remplacez les crochets par vos informations.</w:t>
      </w:r>
    </w:p>
    <w:p>
      <w:pPr>
        <w:pStyle w:val="Heading1"/>
      </w:pPr>
      <w:r>
        <w:t>Consignes de remplissage</w:t>
      </w:r>
    </w:p>
    <w:p>
      <w:r>
        <w:t>Assurez-vous d'indiquer clairement les quantités, les prix unitaires et le délai d'exécution. Précisez les conditions de paiement et la validité de l'offre.</w:t>
      </w:r>
    </w:p>
    <w:p>
      <w:pPr>
        <w:pStyle w:val="Heading1"/>
      </w:pPr>
      <w:r>
        <w:t>Modèle prêt à adapter</w:t>
      </w:r>
    </w:p>
    <w:p>
      <w:r>
        <w:t>DEVIS PAYSAGISTE [Votre Entreprise] [Adresse] [Code postal, Ville] [Téléphone] [Email] [SIRET] Client : [Nom du client] [Adresse du client] [Code postal, Ville] Date du devis : [Date] Numéro de devis : [Numéro] Désignation des prestations : 1. Préparation du terrain : décompactage, nivellement, apport de terre végétale Quantité : [Quantité] m² Prix unitaire HT : [Prix] € Montant HT : [Montant] € 2. Fourniture et plantation de végétaux (arbustes, vivaces) Quantité : [Quantité] unités Prix unitaire HT : [Prix] € Montant HT : [Montant] € 3. Fourniture et pose de gazon en rouleau Quantité : [Quantité] m² Prix unitaire HT : [Prix] € Montant HT : [Montant] € 4. Création d'une allée en gravier Quantité : [Quantité] m² Prix unitaire HT : [Prix] € Montant HT : [Montant] € Total HT : [Total HT] € TVA (20%) : [TVA] € Total TTC : [Total TTC] € Délai d'exécution : [Délai] semaines Conditions de paiement : [Conditions] Validité de l'offre : [Durée] jours Fait à [Lieu], le [Date] Signature et cachet :</w:t>
      </w:r>
    </w:p>
    <w:p>
      <w:pPr>
        <w:pStyle w:val="Heading1"/>
      </w:pPr>
      <w:r>
        <w:t>Checklist</w:t>
      </w:r>
    </w:p>
    <w:p>
      <w:r>
        <w:t>☐ Indiquer vos coordonnées complètes</w:t>
      </w:r>
    </w:p>
    <w:p>
      <w:r>
        <w:t>☐ Indiquer les coordonnées du client</w:t>
      </w:r>
    </w:p>
    <w:p>
      <w:r>
        <w:t>☐ Détailler chaque prestation avec quantité et prix unitaire</w:t>
      </w:r>
    </w:p>
    <w:p>
      <w:r>
        <w:t>☐ Calculer le total HT, TVA et TTC</w:t>
      </w:r>
    </w:p>
    <w:p>
      <w:r>
        <w:t>☐ Préciser le délai d'exécution</w:t>
      </w:r>
    </w:p>
    <w:p>
      <w:r>
        <w:t>☐ Préciser les conditions de paiement</w:t>
      </w:r>
    </w:p>
    <w:p>
      <w:r>
        <w:t>☐ Indiquer la durée de validité du devis</w:t>
      </w:r>
    </w:p>
    <w:p>
      <w:r>
        <w:t>☐ Signer et dater le devis</w:t>
      </w:r>
    </w:p>
    <w:p>
      <w:pPr>
        <w:pStyle w:val="Heading1"/>
      </w:pPr>
      <w:r>
        <w:t>Questions fréquentes</w:t>
      </w:r>
    </w:p>
    <w:p>
      <w:r>
        <w:rPr>
          <w:b/>
        </w:rPr>
        <w:t>Quelles informations doivent figurer sur un devis paysagiste ?</w:t>
      </w:r>
    </w:p>
    <w:p>
      <w:r>
        <w:t>Un devis paysagiste doit inclure vos coordonnées, celles du client, la date, le numéro de devis, le détail des prestations avec quantités et prix unitaires, le total HT, la TVA, le total TTC, le délai d'exécution, les conditions de paiement et la durée de validité.</w:t>
      </w:r>
    </w:p>
    <w:p>
      <w:r>
        <w:rPr>
          <w:b/>
        </w:rPr>
        <w:t>Comment calculer le prix d'un projet paysager ?</w:t>
      </w:r>
    </w:p>
    <w:p>
      <w:r>
        <w:t>Le prix dépend de la surface, des matériaux, des plantes et de la main-d'œuvre. Estimez les quantités, appliquez un prix unitaire, puis ajoutez la TVA. N'oubliez pas les frais de déplacement et de location de matériel si nécessaire.</w:t>
      </w:r>
    </w:p>
    <w:p>
      <w:r>
        <w:rPr>
          <w:b/>
        </w:rPr>
        <w:t>Quelle est la durée de validité d'un devis ?</w:t>
      </w:r>
    </w:p>
    <w:p>
      <w:r>
        <w:t>La durée de validité est libre, mais elle est souvent de 30 jours. Cela permet au client de réfléchir et de comparer les offres. Au-delà, les prix peuvent être révisés.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