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contrat professionnel prêt à l'emploi</w:t>
      </w:r>
    </w:p>
    <w:p>
      <w:r>
        <w:t>Ce modèle de contrat vous aide à formaliser vos engagements professionnels. Il est conçu pour être adapté à de nombreuses situations : prestation de services, vente de biens, partenariats, etc. Personnalisez les champs entre crochets et faites valider le document par un professionnel du droit avant toute utilisation.</w:t>
      </w:r>
    </w:p>
    <w:p>
      <w:r>
        <w:rPr>
          <w:b/>
        </w:rPr>
        <w:t>⚠️ Ce document est fourni à titre d'exemple et ne constitue pas un avis juridique. Il est impératif de consulter un avocat ou un juriste compétent pour adapter le contrat à votre situation et vérifier sa conformité avec la législation en vigueur.</w:t>
      </w:r>
    </w:p>
    <w:p>
      <w:pPr>
        <w:pStyle w:val="Heading1"/>
      </w:pPr>
      <w:r>
        <w:t>Mode d'emploi</w:t>
      </w:r>
    </w:p>
    <w:p>
      <w:pPr>
        <w:pStyle w:val="ListNumber"/>
      </w:pPr>
      <w:r>
        <w:t>Téléchargez le modèle de contrat ci-dessous.</w:t>
      </w:r>
    </w:p>
    <w:p>
      <w:pPr>
        <w:pStyle w:val="ListNumber"/>
      </w:pPr>
      <w:r>
        <w:t>Remplacez les informations entre crochets par vos données réelles (noms, dates, montants, etc.).</w:t>
      </w:r>
    </w:p>
    <w:p>
      <w:pPr>
        <w:pStyle w:val="ListNumber"/>
      </w:pPr>
      <w:r>
        <w:t>Relisez attentivement chaque clause et adaptez-les si nécessaire.</w:t>
      </w:r>
    </w:p>
    <w:p>
      <w:pPr>
        <w:pStyle w:val="ListNumber"/>
      </w:pPr>
      <w:r>
        <w:t>Faites valider le contrat par un professionnel du droit.</w:t>
      </w:r>
    </w:p>
    <w:p>
      <w:pPr>
        <w:pStyle w:val="ListNumber"/>
      </w:pPr>
      <w:r>
        <w:t>Imprimez deux exemplaires, faites-les signer par toutes les parties et conservez-en un chacun.</w:t>
      </w:r>
    </w:p>
    <w:p>
      <w:pPr>
        <w:pStyle w:val="Heading1"/>
      </w:pPr>
      <w:r>
        <w:t>Structure du contrat</w:t>
      </w:r>
    </w:p>
    <w:p>
      <w:r>
        <w:t>Le modèle comprend les sections essentielles : identification des parties, objet du contrat, durée, obligations, conditions financières, confidentialité, résiliation, litiges et signatures. Chaque clause est rédigée de manière claire et concise.</w:t>
      </w:r>
    </w:p>
    <w:p>
      <w:pPr>
        <w:pStyle w:val="Heading1"/>
      </w:pPr>
      <w:r>
        <w:t>Exemple de remplissage</w:t>
      </w:r>
    </w:p>
    <w:p>
      <w:r>
        <w:t>Pour illustrer, voici un extrait : « Entre les soussignés : [Nom de la société], dont le siège social est situé [Adresse], représentée par [Nom du représentant], ci-après dénommée "Le Prestataire", d'une part, et [Nom du client], domicilié(e) [Adresse], ci-après dénommé "Le Client", d'autre part, il a été convenu ce qui suit... »</w:t>
      </w:r>
    </w:p>
    <w:p>
      <w:pPr>
        <w:pStyle w:val="Heading1"/>
      </w:pPr>
      <w:r>
        <w:t>Modèle prêt à adapter</w:t>
      </w:r>
    </w:p>
    <w:p>
      <w:r>
        <w:t>CONTRAT DE PRESTATION DE SERVICES Entre les soussignés : [Nom de la société / Prestataire], dont le siège social est situé [Adresse complète], représenté(e) par [Nom du représentant], agissant en qualité de [Fonction], ci-après dénommé « Le Prestataire », D'une part, Et [Nom du client], dont le siège social est situé [Adresse complète], représenté(e) par [Nom du représentant], agissant en qualité de [Fonction], ci-après dénommé « Le Client », D'autre part, Ensemble dénommés « les Parties ». Il a été convenu ce qui suit : 1. OBJET Le présent contrat a pour objet la réalisation par le Prestataire de la prestation suivante : [Description détaillée de la prestation]. 2. DURÉE Le contrat prend effet à la date de sa signature et se termine le [Date de fin] ou à l'achèvement de la prestation, selon la première échéance. 3. OBLIGATIONS DU PRESTATAIRE Le Prestataire s'engage à exécuter la prestation avec diligence et conformément aux règles de l'art, en respectant les délais convenus. 4. OBLIGATIONS DU CLIENT Le Client s'engage à fournir au Prestataire toutes les informations nécessaires à la réalisation de la prestation et à régler le prix convenu. 5. CONDITIONS FINANCIÈRES En contrepartie de la prestation, le Client versera au Prestataire la somme de [Montant] euros HT, payable selon les modalités suivantes : [Acompte à la commande, solde à la livraison, etc.]. 6. CONFIDENTIALITÉ Les Parties s'engagent à garder confidentielles toutes les informations échangées dans le cadre de l'exécution du présent contrat, sauf accord écrit préalable. 7. RÉSILIATION Chaque partie peut résilier le contrat en cas de manquement grave de l'autre partie, après mise en demeure restée sans effet pendant [Nombre] jours. 8. LITIGES Tout litige relatif à l'interprétation ou à l'exécution du présent contrat sera soumis aux tribunaux compétents de [Ville]. 9. SIGNATURES Fait à [Ville], le [Date]. Le Prestataire : [Nom, signature, cachet] Le Client : [Nom, signature, cachet]</w:t>
      </w:r>
    </w:p>
    <w:p>
      <w:pPr>
        <w:pStyle w:val="Heading1"/>
      </w:pPr>
      <w:r>
        <w:t>Checklist</w:t>
      </w:r>
    </w:p>
    <w:p>
      <w:r>
        <w:t>☐ Les noms et coordonnées des parties sont correctement indiqués.</w:t>
      </w:r>
    </w:p>
    <w:p>
      <w:r>
        <w:t>☐ L'objet du contrat est précis et détaillé.</w:t>
      </w:r>
    </w:p>
    <w:p>
      <w:r>
        <w:t>☐ La durée et les dates sont clairement définies.</w:t>
      </w:r>
    </w:p>
    <w:p>
      <w:r>
        <w:t>☐ Les obligations de chaque partie sont explicites.</w:t>
      </w:r>
    </w:p>
    <w:p>
      <w:r>
        <w:t>☐ Les conditions financières (montant, modalités) sont indiquées.</w:t>
      </w:r>
    </w:p>
    <w:p>
      <w:r>
        <w:t>☐ Les clauses de confidentialité et de résiliation sont présentes.</w:t>
      </w:r>
    </w:p>
    <w:p>
      <w:r>
        <w:t>☐ Le contrat est signé et daté par toutes les parties.</w:t>
      </w:r>
    </w:p>
    <w:p>
      <w:r>
        <w:t>☐ Chaque partie conserve un exemplaire original.</w:t>
      </w:r>
    </w:p>
    <w:p>
      <w:pPr>
        <w:pStyle w:val="Heading1"/>
      </w:pPr>
      <w:r>
        <w:t>Questions fréquentes</w:t>
      </w:r>
    </w:p>
    <w:p>
      <w:r>
        <w:rPr>
          <w:b/>
        </w:rPr>
        <w:t>Puis-je utiliser ce modèle pour n'importe quel type de contrat ?</w:t>
      </w:r>
    </w:p>
    <w:p>
      <w:r>
        <w:t>Ce modèle est un socle générique. Il peut être adapté à de nombreuses situations, mais il est essentiel de le personnaliser en fonction du contexte (vente, prestation, partenariat) et de le faire valider par un professionnel du droit.</w:t>
      </w:r>
    </w:p>
    <w:p>
      <w:r>
        <w:rPr>
          <w:b/>
        </w:rPr>
        <w:t>Que faire si une clause ne correspond pas à ma situation ?</w:t>
      </w:r>
    </w:p>
    <w:p>
      <w:r>
        <w:t>Vous pouvez supprimer ou modifier les clauses qui ne s'appliquent pas, mais veillez à ne pas perdre de vue les protections essentielles. Une relecture par un avocat est recommandée.</w:t>
      </w:r>
    </w:p>
    <w:p>
      <w:r>
        <w:rPr>
          <w:b/>
        </w:rPr>
        <w:t>Ce modèle est-il conforme à la législation française ?</w:t>
      </w:r>
    </w:p>
    <w:p>
      <w:r>
        <w:t>Ce modèle est fourni à titre illustratif. La législation évolue et chaque situation est unique. Seul un professionnel du droit peut garantir la conformité de votre contrat.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