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 CCTP : modèle prêt à remplir et guide de rédaction</w:t>
      </w:r>
    </w:p>
    <w:p>
      <w:r>
        <w:t>Ce document vous fournit un modèle complet de cahier des clauses techniques particulières (CCTP) à personnaliser selon votre projet. Il inclut une structure détaillée, un exemple rempli et des conseils pour éviter les erreurs courantes.</w:t>
      </w:r>
    </w:p>
    <w:p>
      <w:r>
        <w:rPr>
          <w:b/>
        </w:rPr>
        <w:t>Ce modèle est fourni à titre indicatif. Adaptez-le au contexte précis de votre projet et faites-le valider par un professionnel (architecte, bureau d'études, juriste) avant utilisation.</w:t>
      </w:r>
    </w:p>
    <w:p>
      <w:pPr>
        <w:pStyle w:val="Heading1"/>
      </w:pPr>
      <w:r>
        <w:t>Mode d'emploi</w:t>
      </w:r>
    </w:p>
    <w:p>
      <w:pPr>
        <w:pStyle w:val="ListNumber"/>
      </w:pPr>
      <w:r>
        <w:t>Identifiez les parties prenantes et le contexte du projet.</w:t>
      </w:r>
    </w:p>
    <w:p>
      <w:pPr>
        <w:pStyle w:val="ListNumber"/>
      </w:pPr>
      <w:r>
        <w:t>Rassemblez les informations techniques : plans, descriptifs, normes applicables.</w:t>
      </w:r>
    </w:p>
    <w:p>
      <w:pPr>
        <w:pStyle w:val="ListNumber"/>
      </w:pPr>
      <w:r>
        <w:t>Remplissez chaque section du modèle en supprimant les mentions inutiles.</w:t>
      </w:r>
    </w:p>
    <w:p>
      <w:pPr>
        <w:pStyle w:val="ListNumber"/>
      </w:pPr>
      <w:r>
        <w:t>Faites relire le document par un expert technique ou juridique.</w:t>
      </w:r>
    </w:p>
    <w:p>
      <w:pPr>
        <w:pStyle w:val="ListNumber"/>
      </w:pPr>
      <w:r>
        <w:t>Diffusez le CCTP dans le dossier de consultation des entreprises.</w:t>
      </w:r>
    </w:p>
    <w:p>
      <w:pPr>
        <w:pStyle w:val="Heading1"/>
      </w:pPr>
      <w:r>
        <w:t>Structure type d'un CCTP</w:t>
      </w:r>
    </w:p>
    <w:p>
      <w:r>
        <w:t>Un CCTP se compose généralement de : présentation du projet, description des travaux, spécifications techniques par lot, conditions d'exécution, contrôles et réception, et annexes (plans, devis, fiches techniques).</w:t>
      </w:r>
    </w:p>
    <w:p>
      <w:pPr>
        <w:pStyle w:val="Heading1"/>
      </w:pPr>
      <w:r>
        <w:t>Exemple de rédaction (extrait)</w:t>
      </w:r>
    </w:p>
    <w:p>
      <w:r>
        <w:t>Pour la démolition d'une cloison : 'Démolition soignée de la cloison en briques de 10 cm, y compris évacuation des gravats en décharge agréée, nettoyage du chantier, et remise en état des surfaces adjacentes.'</w:t>
      </w:r>
    </w:p>
    <w:p>
      <w:pPr>
        <w:pStyle w:val="Heading1"/>
      </w:pPr>
      <w:r>
        <w:t>Modèle prêt à adapter</w:t>
      </w:r>
    </w:p>
    <w:p>
      <w:r>
        <w:t>CAHIER DES CLAUSES TECHNIQUES PARTICULIÈRES (CCTP) Projet : [Nom du projet] Maître d'ouvrage : [Nom] Maître d'œuvre : [Nom] Date : [Date] 1. OBJET DU CCTP Le présent CCTP définit les conditions techniques d'exécution des travaux de [type de travaux] sur le site de [adresse]. Il complète les pièces écrites et graphiques du marché. 2. DESCRIPTION DU PROJET [Description détaillée : nature, localisation, surface, contraintes particulières] 3. CARACTÈRES GÉNÉRAUX DES TRAVAUX Les travaux comprennent : [liste des travaux] Les travaux seront exécutés conformément aux normes en vigueur et aux règles de l'art. 4. SPÉCIFICATIONS TECHNIQUES PAR LOT Lot 1 : [Désignation du lot] - [Caractéristiques techniques] - [Matériaux] - [Mise en œuvre] - [Contrôles] Lot 2 : ... 5. CONDITIONS D'EXÉCUTION - Planning : [délais] - Sécurité : [mesures] - Nuisances : [limitations] - Accès : [conditions] 6. CONTRÔLES ET RÉCEPTION - Contrôles en cours de chantier : [points de contrôle] - Épreuves et essais : [nature] - Réception : [procédure] 7. ANNEXES - Plans - Devis descriptif - Fiches techniques Fait à [Ville], le [Date] Signature du maître d'ouvrage :</w:t>
      </w:r>
    </w:p>
    <w:p>
      <w:pPr>
        <w:pStyle w:val="Heading1"/>
      </w:pPr>
      <w:r>
        <w:t>Checklist</w:t>
      </w:r>
    </w:p>
    <w:p>
      <w:r>
        <w:t>☐ Le CCTP est daté et signé.</w:t>
      </w:r>
    </w:p>
    <w:p>
      <w:r>
        <w:t>☐ Le projet est clairement décrit.</w:t>
      </w:r>
    </w:p>
    <w:p>
      <w:r>
        <w:t>☐ Les lots sont détaillés avec précision.</w:t>
      </w:r>
    </w:p>
    <w:p>
      <w:r>
        <w:t>☐ Les normes applicables sont mentionnées.</w:t>
      </w:r>
    </w:p>
    <w:p>
      <w:r>
        <w:t>☐ Les conditions d'exécution sont définies.</w:t>
      </w:r>
    </w:p>
    <w:p>
      <w:r>
        <w:t>☐ Les contrôles et la réception sont prévus.</w:t>
      </w:r>
    </w:p>
    <w:p>
      <w:r>
        <w:t>☐ Les annexes sont listées.</w:t>
      </w:r>
    </w:p>
    <w:p>
      <w:r>
        <w:t>☐ Le document est relu par un expert.</w:t>
      </w:r>
    </w:p>
    <w:p>
      <w:pPr>
        <w:pStyle w:val="Heading1"/>
      </w:pPr>
      <w:r>
        <w:t>Questions fréquentes</w:t>
      </w:r>
    </w:p>
    <w:p>
      <w:r>
        <w:rPr>
          <w:b/>
        </w:rPr>
        <w:t>Quelle est la différence entre CCTP et CCAP ?</w:t>
      </w:r>
    </w:p>
    <w:p>
      <w:r>
        <w:t>Le CCTP (cahier des clauses techniques particulières) décrit les spécifications techniques des travaux. Le CCAP (cahier des clauses administratives particulières) définit les conditions administratives et contractuelles (délais, pénalités, paiement).</w:t>
      </w:r>
    </w:p>
    <w:p>
      <w:r>
        <w:rPr>
          <w:b/>
        </w:rPr>
        <w:t>Dois-je inclure les plans dans le CCTP ?</w:t>
      </w:r>
    </w:p>
    <w:p>
      <w:r>
        <w:t>Les plans sont généralement des pièces annexes au CCTP. Ils sont référencés dans le document mais ne font pas partie du texte lui-même.</w:t>
      </w:r>
    </w:p>
    <w:p>
      <w:r>
        <w:rPr>
          <w:b/>
        </w:rPr>
        <w:t>Comment rédiger un CCTP pour un marché public ?</w:t>
      </w:r>
    </w:p>
    <w:p>
      <w:r>
        <w:t>Pour un marché public, le CCTP doit respecter les exigences du code de la commande publique. Il est recommandé de s'appuyer sur des modèles types et de faire valider par un service juridique.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