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Exemple de business plan déjà rédigé : modèle complet et conseils pratiques</w:t>
      </w:r>
    </w:p>
    <w:p>
      <w:r>
        <w:t>Ce guide vous propose un exemple de business plan déjà rédigé, structuré et directement exploitable. Vous y trouverez un modèle complet à copier, des consignes de remplissage et une checklist pour ne rien oublier. Adaptez les exemples à votre projet pour convaincre vos partenaires financiers.</w:t>
      </w:r>
    </w:p>
    <w:p>
      <w:r>
        <w:rPr>
          <w:b/>
        </w:rPr>
        <w:t>Ce document est un modèle générique. Adaptez les chiffres et les informations à votre situation. Pour un usage professionnel, faites valider votre business plan par un expert-comptable ou un conseiller en création d'entreprise.</w:t>
      </w:r>
    </w:p>
    <w:p>
      <w:pPr>
        <w:pStyle w:val="Heading1"/>
      </w:pPr>
      <w:r>
        <w:t>Mode d'emploi</w:t>
      </w:r>
    </w:p>
    <w:p>
      <w:pPr>
        <w:pStyle w:val="ListNumber"/>
      </w:pPr>
      <w:r>
        <w:t>Téléchargez le modèle de business plan vierge ou copiez le texte ci-dessous.</w:t>
      </w:r>
    </w:p>
    <w:p>
      <w:pPr>
        <w:pStyle w:val="ListNumber"/>
      </w:pPr>
      <w:r>
        <w:t>Remplacez les informations entre crochets par les données réelles de votre projet.</w:t>
      </w:r>
    </w:p>
    <w:p>
      <w:pPr>
        <w:pStyle w:val="ListNumber"/>
      </w:pPr>
      <w:r>
        <w:t>Personnalisez chaque section en fonction de votre activité et de votre marché.</w:t>
      </w:r>
    </w:p>
    <w:p>
      <w:pPr>
        <w:pStyle w:val="ListNumber"/>
      </w:pPr>
      <w:r>
        <w:t>Relisez et ajustez les chiffres pour qu'ils soient cohérents et réalistes.</w:t>
      </w:r>
    </w:p>
    <w:p>
      <w:pPr>
        <w:pStyle w:val="ListNumber"/>
      </w:pPr>
      <w:r>
        <w:t>Faites relire votre business plan par un tiers de confiance avant de le présenter.</w:t>
      </w:r>
    </w:p>
    <w:p>
      <w:pPr>
        <w:pStyle w:val="Heading1"/>
      </w:pPr>
      <w:r>
        <w:t>Structure d'un business plan efficace</w:t>
      </w:r>
    </w:p>
    <w:p>
      <w:r>
        <w:t>Un business plan se compose généralement de plusieurs parties clés : le résumé opérationnel, la présentation du projet, l'étude de marché, la stratégie commerciale, le plan opérationnel et le plan financier. Chaque partie doit répondre à des questions précises et démontrer la viabilité de votre projet.</w:t>
      </w:r>
    </w:p>
    <w:p>
      <w:pPr>
        <w:pStyle w:val="Heading1"/>
      </w:pPr>
      <w:r>
        <w:t>Exemple de business plan déjà rédigé (extrait)</w:t>
      </w:r>
    </w:p>
    <w:p>
      <w:r>
        <w:t>Voici un extrait d'un business plan type pour une entreprise de services. Le modèle complet est fourni ci-dessous.</w:t>
      </w:r>
    </w:p>
    <w:p>
      <w:pPr>
        <w:pStyle w:val="Heading1"/>
      </w:pPr>
      <w:r>
        <w:t>Modèle prêt à adapter</w:t>
      </w:r>
    </w:p>
    <w:p>
      <w:r>
        <w:t>BUSINESS PLAN - [Nom de votre entreprise] 1. Résumé opérationnel [Présentez en 10 lignes maximum votre projet : activité, marché, avantage concurrentiel, objectifs et besoins financiers.] 2. Présentation du projet - Description de l'activité : [Détaillez ce que vous vendez ou proposez.] - Historique et équipe : [Présentez les fondateurs et leurs compétences.] - Forme juridique : [SARL, SAS, auto-entreprise, etc.] 3. Étude de marché - Analyse du marché : [Taille, tendances, évolutions.] - Clientèle cible : [Décrivez vos clients types.] - Concurrence : [Listez vos concurrents et analysez leurs forces/faiblesses.] 4. Stratégie commerciale - Offre : [Détaillez vos produits/services et leur prix.] - Marketing et vente : [Canaux de distribution, actions de communication.] - Objectifs de vente : [Chiffres prévisionnels sur 3 ans.] 5. Plan opérationnel - Moyens humains : [Effectif, organigramme.] - Moyens matériels : [Locaux, équipements, logiciels.] - Partenaires et fournisseurs : [Listez les partenaires clés.] 6. Plan financier - Compte de résultat prévisionnel : [Chiffre d'affaires, charges, résultat.] - Plan de financement : [Apports, emprunts, subventions.] - Seuil de rentabilité : [Calculez le point mort.] 7. Annexes [Documents complémentaires : CV, études, contrats, etc.]</w:t>
      </w:r>
    </w:p>
    <w:p>
      <w:pPr>
        <w:pStyle w:val="Heading1"/>
      </w:pPr>
      <w:r>
        <w:t>Checklist</w:t>
      </w:r>
    </w:p>
    <w:p>
      <w:r>
        <w:t>☐ Résumé opérationnel percutant</w:t>
      </w:r>
    </w:p>
    <w:p>
      <w:r>
        <w:t>☐ Description claire du projet et de l'équipe</w:t>
      </w:r>
    </w:p>
    <w:p>
      <w:r>
        <w:t>☐ Étude de marché avec données chiffrées</w:t>
      </w:r>
    </w:p>
    <w:p>
      <w:r>
        <w:t>☐ Analyse de la concurrence</w:t>
      </w:r>
    </w:p>
    <w:p>
      <w:r>
        <w:t>☐ Stratégie commerciale détaillée</w:t>
      </w:r>
    </w:p>
    <w:p>
      <w:r>
        <w:t>☐ Plan opérationnel réaliste</w:t>
      </w:r>
    </w:p>
    <w:p>
      <w:r>
        <w:t>☐ Prévisions financières cohérentes</w:t>
      </w:r>
    </w:p>
    <w:p>
      <w:r>
        <w:t>☐ Plan de financement justifié</w:t>
      </w:r>
    </w:p>
    <w:p>
      <w:r>
        <w:t>☐ Annexes complètes</w:t>
      </w:r>
    </w:p>
    <w:p>
      <w:r>
        <w:t>☐ Relecture et correction orthographique</w:t>
      </w:r>
    </w:p>
    <w:p>
      <w:pPr>
        <w:pStyle w:val="Heading1"/>
      </w:pPr>
      <w:r>
        <w:t>Questions fréquentes</w:t>
      </w:r>
    </w:p>
    <w:p>
      <w:r>
        <w:rPr>
          <w:b/>
        </w:rPr>
        <w:t>Combien de pages doit faire un business plan ?</w:t>
      </w:r>
    </w:p>
    <w:p>
      <w:r>
        <w:t>Il n'y a pas de règle stricte, mais un business plan efficace fait généralement 15 à 30 pages. L'essentiel est d'être concis et de couvrir tous les points clés. Adaptez la longueur à votre projet et à votre audience.</w:t>
      </w:r>
    </w:p>
    <w:p>
      <w:r>
        <w:rPr>
          <w:b/>
        </w:rPr>
        <w:t>Quelles sont les erreurs à éviter dans un business plan ?</w:t>
      </w:r>
    </w:p>
    <w:p>
      <w:r>
        <w:t>Les erreurs courantes sont : des prévisions trop optimistes, un manque d'étude de marché, une stratégie floue, des informations incohérentes, et une présentation négligée. Prenez le temps de valider vos hypothèses et de soigner la présentation.</w:t>
      </w:r>
    </w:p>
    <w:p>
      <w:r>
        <w:rPr>
          <w:b/>
        </w:rPr>
        <w:t>Dois-je faire appel à un professionnel pour rédiger mon business plan ?</w:t>
      </w:r>
    </w:p>
    <w:p>
      <w:r>
        <w:t>Si vous n'avez pas d'expérience en comptabilité ou en stratégie, il peut être utile de consulter un expert-comptable ou un consultant en création d'entreprise. Ils vous aideront à fiabiliser vos chiffres et à renforcer votre dossier.</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