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 Contrat de Prestation de Services : Guide et Modèle Word</w:t>
      </w:r>
    </w:p>
    <w:p>
      <w:r>
        <w:t>Ce guide vous propose un modèle de contrat de prestation de services prêt à l'emploi. Il couvre les sections clés : objet, durée, prix, responsabilités, et inclut des conseils de rédaction. Téléchargez le modèle Word, personnalisez-le et faites-le valider par un professionnel du droit.</w:t>
      </w:r>
    </w:p>
    <w:p>
      <w:r>
        <w:rPr>
          <w:b/>
        </w:rPr>
        <w:t>⚠️ Ce document est fourni à titre d'exemple et ne constitue pas un avis juridique. Adaptez-le à votre situation et faites-le vérifier par un avocat ou un juriste compétent avant utilisation.</w:t>
      </w:r>
    </w:p>
    <w:p>
      <w:pPr>
        <w:pStyle w:val="Heading1"/>
      </w:pPr>
      <w:r>
        <w:t>Mode d'emploi</w:t>
      </w:r>
    </w:p>
    <w:p>
      <w:pPr>
        <w:pStyle w:val="ListNumber"/>
      </w:pPr>
      <w:r>
        <w:t>Téléchargez le modèle Word via le lien ci-dessous.</w:t>
      </w:r>
    </w:p>
    <w:p>
      <w:pPr>
        <w:pStyle w:val="ListNumber"/>
      </w:pPr>
      <w:r>
        <w:t>Remplissez les informations relatives aux parties (nom, adresse, etc.).</w:t>
      </w:r>
    </w:p>
    <w:p>
      <w:pPr>
        <w:pStyle w:val="ListNumber"/>
      </w:pPr>
      <w:r>
        <w:t>Décrivez précisément la prestation : nature, étendue, livrables.</w:t>
      </w:r>
    </w:p>
    <w:p>
      <w:pPr>
        <w:pStyle w:val="ListNumber"/>
      </w:pPr>
      <w:r>
        <w:t>Indiquez la durée et les conditions de résiliation.</w:t>
      </w:r>
    </w:p>
    <w:p>
      <w:pPr>
        <w:pStyle w:val="ListNumber"/>
      </w:pPr>
      <w:r>
        <w:t>Fixez le prix et les modalités de paiement.</w:t>
      </w:r>
    </w:p>
    <w:p>
      <w:pPr>
        <w:pStyle w:val="ListNumber"/>
      </w:pPr>
      <w:r>
        <w:t>Faites relire le contrat par un professionnel avant signature.</w:t>
      </w:r>
    </w:p>
    <w:p>
      <w:pPr>
        <w:pStyle w:val="Heading1"/>
      </w:pPr>
      <w:r>
        <w:t>Les sections clés d'un contrat de prestation de services</w:t>
      </w:r>
    </w:p>
    <w:p>
      <w:r>
        <w:t>Un bon contrat de prestation de services doit inclure : l'identification des parties, l'objet de la prestation (description détaillée), la durée, le prix et les modalités de paiement, les obligations et responsabilités de chaque partie, les conditions de résiliation, la confidentialité, la propriété intellectuelle (si applicable), et les dispositions générales (loi applicable, litiges).</w:t>
      </w:r>
    </w:p>
    <w:p>
      <w:pPr>
        <w:pStyle w:val="Heading1"/>
      </w:pPr>
      <w:r>
        <w:t>Conseils de rédaction</w:t>
      </w:r>
    </w:p>
    <w:p>
      <w:r>
        <w:t>Soyez précis dans la description de la prestation : évitez les termes vagues. Définissez des jalons ou des dates de livraison. Pour le prix, précisez s'il est forfaitaire ou horaire, et les modalités de facturation. Prévoyez une clause de révision du prix en cas de modification de la prestation. Enfin, détaillez les responsabilités en cas de non-respect des délais ou de la qualité.</w:t>
      </w:r>
    </w:p>
    <w:p>
      <w:pPr>
        <w:pStyle w:val="Heading1"/>
      </w:pPr>
      <w:r>
        <w:t>Modèle prêt à adapter</w:t>
      </w:r>
    </w:p>
    <w:p>
      <w:r>
        <w:t>CONTRAT DE PRESTATION DE SERVICES Entre les soussignés : [Nom du Prestataire], [forme juridique], dont le siège social est situé [Adresse], immatriculée sous le numéro [SIRET], représentée par [Nom du représentant], Ci-après dénommée « le Prestataire », Et [Nom du Client], [forme juridique], dont le siège social est situé [Adresse], immatriculée sous le numéro [SIRET], représentée par [Nom du représentant], Ci-après dénommée « le Client », Ensemble dénommées les « Parties », Il a été convenu ce qui suit : ARTICLE 1 – OBJET Le Prestataire s'engage à réaliser au profit du Client la prestation suivante : [description détaillée de la prestation, les livrables attendus, les spécifications techniques, etc.] ARTICLE 2 – DURÉE Le présent contrat entre en vigueur à la date de signature et prend fin le [date de fin] ou à l'achèvement de la prestation, selon la première échéance. Il peut être prolongé par avenant écrit. ARTICLE 3 – PRIX ET MODALITÉS DE PAIEMENT Le prix de la prestation est fixé à [montant] euros HT, payable comme suit : [acompte, échéances, paiement à la livraison, etc.]. Les factures sont payables à [délai] à réception. En cas de retard, des pénalités de [taux] % par mois pourront être appliquées. ARTICLE 4 – OBLIGATIONS DU PRESTATAIRE Le Prestataire s'engage à : - réaliser la prestation avec diligence et professionnalisme, - respecter les délais convenus, - fournir un travail conforme aux spécifications, - respecter les règles de confidentialité. ARTICLE 5 – OBLIGATIONS DU CLIENT Le Client s'engage à : - fournir toutes les informations nécessaires à la réalisation de la prestation, - régler le prix convenu dans les délais, - collaborer activement avec le Prestataire. ARTICLE 6 – RESPONSABILITÉ Le Prestataire est responsable des dommages directs causés par sa faute. Sa responsabilité est limitée au montant total du contrat. Le Client est responsable des informations fournies. ARTICLE 7 – RÉSILIATION Chaque partie peut résilier le contrat en cas de manquement grave de l'autre partie, après mise en demeure restée sans effet pendant [durée] jours. En cas de résiliation, les sommes dues au titre des prestations réalisées seront payées. ARTICLE 8 – CONFIDENTIALITÉ Les Parties s'engagent à garder confidentielles les informations échangées pendant la durée du contrat et pendant [durée] après son expiration. ARTICLE 9 – PROPRIÉTÉ INTELLECTUELLE Les droits de propriété intellectuelle sur les livrables sont transférés au Client après paiement intégral du prix. Le Prestataire conserve les droits sur ses méthodes et savoir-faire. ARTICLE 10 – DROIT APPLICABLE ET LITIGES Le présent contrat est régi par le droit français. En cas de litige, les Parties s'efforceront de trouver une solution amiable. À défaut, le litige sera porté devant les tribunaux compétents. Fait à [Lieu], le [Date] Pour le Prestataire : [Signature] Pour le Client : [Signature]</w:t>
      </w:r>
    </w:p>
    <w:p>
      <w:pPr>
        <w:pStyle w:val="Heading1"/>
      </w:pPr>
      <w:r>
        <w:t>Checklist</w:t>
      </w:r>
    </w:p>
    <w:p>
      <w:r>
        <w:t>☐ Les parties sont clairement identifiées (nom, adresse, SIRET).</w:t>
      </w:r>
    </w:p>
    <w:p>
      <w:r>
        <w:t>☐ La prestation est décrite de manière détaillée et mesurable.</w:t>
      </w:r>
    </w:p>
    <w:p>
      <w:r>
        <w:t>☐ La durée est définie avec une date de début et de fin.</w:t>
      </w:r>
    </w:p>
    <w:p>
      <w:r>
        <w:t>☐ Le prix est précisé (montant, devise, HT/TTC) et les modalités de paiement sont claires.</w:t>
      </w:r>
    </w:p>
    <w:p>
      <w:r>
        <w:t>☐ Les obligations de chaque partie sont listées.</w:t>
      </w:r>
    </w:p>
    <w:p>
      <w:r>
        <w:t>☐ La clause de responsabilité est présente et limitée.</w:t>
      </w:r>
    </w:p>
    <w:p>
      <w:r>
        <w:t>☐ Les conditions de résiliation sont précisées.</w:t>
      </w:r>
    </w:p>
    <w:p>
      <w:r>
        <w:t>☐ Les clauses de confidentialité et de propriété intellectuelle sont incluses.</w:t>
      </w:r>
    </w:p>
    <w:p>
      <w:pPr>
        <w:pStyle w:val="Heading1"/>
      </w:pPr>
      <w:r>
        <w:t>Questions fréquentes</w:t>
      </w:r>
    </w:p>
    <w:p>
      <w:r>
        <w:rPr>
          <w:b/>
        </w:rPr>
        <w:t>Ce modèle convient-il à une prestation de service en ligne ?</w:t>
      </w:r>
    </w:p>
    <w:p>
      <w:r>
        <w:t>Oui, vous pouvez l'adapter en décrivant les livrables numériques et les modalités de communication. Assurez-vous de préciser les aspects liés à la propriété intellectuelle et à la confidentialité des données.</w:t>
      </w:r>
    </w:p>
    <w:p>
      <w:r>
        <w:rPr>
          <w:b/>
        </w:rPr>
        <w:t>Dois-je faire appel à un avocat pour ce contrat ?</w:t>
      </w:r>
    </w:p>
    <w:p>
      <w:r>
        <w:t>Pour des prestations importantes ou complexes, il est fortement recommandé de consulter un avocat. Ce modèle est une base, mais il ne remplace pas un conseil juridique personnalisé.</w:t>
      </w:r>
    </w:p>
    <w:p>
      <w:r>
        <w:rPr>
          <w:b/>
        </w:rPr>
        <w:t>Puis-je utiliser ce contrat pour une prestation entre particuliers ?</w:t>
      </w:r>
    </w:p>
    <w:p>
      <w:r>
        <w:t>Oui, mais adaptez les mentions légales (SIRET, etc.) en conséquence. Pour les particuliers, certaines clauses peuvent être simplifiées. Il est toujours préférable de clarifier les attentes.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