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Contrat de Partenariat Simple Gratuit : Word et PDF</w:t>
      </w:r>
    </w:p>
    <w:p>
      <w:r>
        <w:t>Ce modèle de contrat de partenariat simple vous permet de formaliser une collaboration entre deux parties. Il définit clairement les objectifs, les responsabilités et les modalités pratiques. Téléchargez-le en Word ou PDF, personnalisez-le selon votre situation et faites-le valider par un professionnel du droit avant toute signature.</w:t>
      </w:r>
    </w:p>
    <w:p>
      <w:r>
        <w:rPr>
          <w:b/>
        </w:rPr>
        <w:t>⚠️ Ce document est fourni à titre d'exemple et ne constitue pas un avis juridique. Adaptez-le à votre situation et faites-le vérifier par un avocat ou un juriste compétent avant utilisation.</w:t>
      </w:r>
    </w:p>
    <w:p>
      <w:pPr>
        <w:pStyle w:val="Heading1"/>
      </w:pPr>
      <w:r>
        <w:t>Mode d'emploi</w:t>
      </w:r>
    </w:p>
    <w:p>
      <w:pPr>
        <w:pStyle w:val="ListNumber"/>
      </w:pPr>
      <w:r>
        <w:t>Téléchargez le modèle Word ou PDF via le lien ci-dessous.</w:t>
      </w:r>
    </w:p>
    <w:p>
      <w:pPr>
        <w:pStyle w:val="ListNumber"/>
      </w:pPr>
      <w:r>
        <w:t>Ouvrez le fichier et remplacez les informations entre crochets par vos données réelles.</w:t>
      </w:r>
    </w:p>
    <w:p>
      <w:pPr>
        <w:pStyle w:val="ListNumber"/>
      </w:pPr>
      <w:r>
        <w:t>Relisez attentivement chaque clause et ajustez les durées, montants et obligations selon votre accord.</w:t>
      </w:r>
    </w:p>
    <w:p>
      <w:pPr>
        <w:pStyle w:val="ListNumber"/>
      </w:pPr>
      <w:r>
        <w:t>Faites relire le contrat par un professionnel du droit pour vous assurer de sa conformité.</w:t>
      </w:r>
    </w:p>
    <w:p>
      <w:pPr>
        <w:pStyle w:val="ListNumber"/>
      </w:pPr>
      <w:r>
        <w:t>Imprimez deux exemplaires, signez-les et conservez-en un pour chaque partie.</w:t>
      </w:r>
    </w:p>
    <w:p>
      <w:pPr>
        <w:pStyle w:val="Heading1"/>
      </w:pPr>
      <w:r>
        <w:t>Structure du contrat</w:t>
      </w:r>
    </w:p>
    <w:p>
      <w:r>
        <w:t>Notre modèle comprend les sections essentielles : l'identification des parties, l'objet du partenariat, les durées, les obligations de chacun, les aspects financiers, la confidentialité, la propriété intellectuelle, la résiliation et les dispositions générales. Chaque section est rédigée de manière claire et concise pour éviter les ambiguïtés.</w:t>
      </w:r>
    </w:p>
    <w:p>
      <w:pPr>
        <w:pStyle w:val="Heading1"/>
      </w:pPr>
      <w:r>
        <w:t>Conseils de rédaction</w:t>
      </w:r>
    </w:p>
    <w:p>
      <w:r>
        <w:t>Soyez précis dans la description de l'objet : détaillez les activités, les livrables et les résultats attendus. Définissez des indicateurs de performance si possible. Pour les aspects financiers, précisez les montants, les modalités de paiement et les éventuels frais partagés. En cas de litige, prévoyez une clause de médiation avant toute action judiciaire.</w:t>
      </w:r>
    </w:p>
    <w:p>
      <w:pPr>
        <w:pStyle w:val="Heading1"/>
      </w:pPr>
      <w:r>
        <w:t>Modèle prêt à adapter</w:t>
      </w:r>
    </w:p>
    <w:p>
      <w:r>
        <w:t>CONTRAT DE PARTENARIAT Entre les soussignés : [Nom de la Partie 1], [forme juridique], dont le siège social est situé [Adresse complète], immatriculée sous le numéro [SIRET / RC], représentée par [Nom du représentant], dûment habilité(e) à l'effet des présentes, Ci-après dénommée « Partie 1 », Et [Nom de la Partie 2], [forme juridique], dont le siège social est situé [Adresse complète], immatriculée sous le numéro [SIRET / RC], représentée par [Nom du représentant], dûment habilité(e) à l'effet des présentes, Ci-après dénommée « Partie 2 », Ensemble dénommées les « Parties », Il a été convenu ce qui suit : ARTICLE 1 – OBJET Le présent contrat a pour objet de définir les conditions et modalités de collaboration entre les Parties dans le cadre de [description précise du projet ou de l'activité]. ARTICLE 2 – DURÉE Le présent contrat est conclu pour une durée de [durée] à compter de la date de signature. Il pourra être renouvelé par accord écrit des Parties. ARTICLE 3 – OBLIGATIONS DES PARTIES 3.1. La Partie 1 s'engage à : [détailler les obligations] 3.2. La Partie 2 s'engage à : [détailler les obligations] ARTICLE 4 – CONDITIONS FINANCIÈRES Les modalités financières sont les suivantes : [préciser les montants, les échéances, les modalités de paiement, les frais partagés, etc.] ARTICLE 5 – CONFIDENTIALITÉ Chaque Partie s'engage à garder confidentielles les informations échangées dans le cadre du présent contrat, pendant toute la durée de celui-ci et pendant une période de [durée] après son expiration. ARTICLE 6 – PROPRIÉTÉ INTELLECTUELLE Les droits de propriété intellectuelle sur les résultats produits dans le cadre du partenariat seront répartis comme suit : [préciser la répartition] ARTICLE 7 – RÉSILIATION Le présent contrat peut être résilié par l'une ou l'autre des Parties avec un préavis de [durée] par lettre recommandée avec accusé de réception en cas de manquement grave à ses obligations. ARTICLE 8 – DROIT APPLICABLE ET LITIGES Le présent contrat est régi par le droit français. En cas de litige, les Parties s'engagent à rechercher une solution amiable avant toute action judiciaire. À défaut, le litige sera porté devant les tribunaux compétents. Fait à [Lieu], le [Date] En deux exemplaires originaux. Pour la Partie 1 : [Signature et cachet] Pour la Partie 2 : [Signature et cachet]</w:t>
      </w:r>
    </w:p>
    <w:p>
      <w:pPr>
        <w:pStyle w:val="Heading1"/>
      </w:pPr>
      <w:r>
        <w:t>Checklist</w:t>
      </w:r>
    </w:p>
    <w:p>
      <w:r>
        <w:t>☐ Les noms et coordonnées des parties sont complets et exacts.</w:t>
      </w:r>
    </w:p>
    <w:p>
      <w:r>
        <w:t>☐ L'objet du partenariat est décrit de manière précise et détaillée.</w:t>
      </w:r>
    </w:p>
    <w:p>
      <w:r>
        <w:t>☐ La durée est clairement définie, avec les conditions de renouvellement.</w:t>
      </w:r>
    </w:p>
    <w:p>
      <w:r>
        <w:t>☐ Les obligations de chaque partie sont listées sans ambiguïté.</w:t>
      </w:r>
    </w:p>
    <w:p>
      <w:r>
        <w:t>☐ Les aspects financiers (montants, échéances) sont précisés.</w:t>
      </w:r>
    </w:p>
    <w:p>
      <w:r>
        <w:t>☐ Les clauses de confidentialité et de propriété intellectuelle sont incluses.</w:t>
      </w:r>
    </w:p>
    <w:p>
      <w:r>
        <w:t>☐ La clause de résiliation précise le préavis et les motifs.</w:t>
      </w:r>
    </w:p>
    <w:p>
      <w:r>
        <w:t>☐ Les signatures et dates sont apposées sur chaque exemplaire.</w:t>
      </w:r>
    </w:p>
    <w:p>
      <w:pPr>
        <w:pStyle w:val="Heading1"/>
      </w:pPr>
      <w:r>
        <w:t>Questions fréquentes</w:t>
      </w:r>
    </w:p>
    <w:p>
      <w:r>
        <w:rPr>
          <w:b/>
        </w:rPr>
        <w:t>Puis-je utiliser ce modèle pour un partenariat commercial ?</w:t>
      </w:r>
    </w:p>
    <w:p>
      <w:r>
        <w:t>Oui, ce modèle est conçu pour être adaptable à tout type de partenariat, y compris commercial. Il suffit de personnaliser l'objet et les obligations en fonction de votre projet. Cependant, pour des enjeux importants, il est recommandé de consulter un avocat.</w:t>
      </w:r>
    </w:p>
    <w:p>
      <w:r>
        <w:rPr>
          <w:b/>
        </w:rPr>
        <w:t>Ce contrat est-il juridiquement valable ?</w:t>
      </w:r>
    </w:p>
    <w:p>
      <w:r>
        <w:t>Ce modèle est un exemple et ne remplace pas un conseil juridique. Sa validité dépend de son contenu et de la conformité à la législation en vigueur. Faites-le vérifier par un professionnel pour vous assurer qu'il répond à vos besoins.</w:t>
      </w:r>
    </w:p>
    <w:p>
      <w:r>
        <w:rPr>
          <w:b/>
        </w:rPr>
        <w:t>Puis-je modifier le modèle ?</w:t>
      </w:r>
    </w:p>
    <w:p>
      <w:r>
        <w:t>Absolument, le modèle est fourni en format Word et PDF. Vous pouvez le modifier librement pour l'adapter à votre situation. Assurez-vous que toutes les modifications sont cohérentes et claires.</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