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conclusion pour bilan de compétences</w:t>
      </w:r>
    </w:p>
    <w:p>
      <w:r>
        <w:t>Ce modèle vous aide à rédiger une conclusion structurée et percutante pour votre bilan de compétences. Il met en avant vos acquis, vos motivations et votre projet professionnel. Personnalisez-le avec vos éléments personnels.</w:t>
      </w:r>
    </w:p>
    <w:p>
      <w:r>
        <w:rPr>
          <w:b/>
        </w:rPr>
        <w:t>Ce document est un support d'illustration. Il ne remplace pas l'accompagnement d'un professionnel certifié du bilan de compétences. Les résultats et conclusions doivent être validés avec votre consultant.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Relisez l'ensemble de votre bilan (tests, entretiens, synthèses).</w:t>
      </w:r>
    </w:p>
    <w:p>
      <w:pPr>
        <w:pStyle w:val="ListNumber"/>
      </w:pPr>
      <w:r>
        <w:t>Identifiez vos principales compétences, valeurs et motivations.</w:t>
      </w:r>
    </w:p>
    <w:p>
      <w:pPr>
        <w:pStyle w:val="ListNumber"/>
      </w:pPr>
      <w:r>
        <w:t>Rédigez un premier jet en suivant le modèle.</w:t>
      </w:r>
    </w:p>
    <w:p>
      <w:pPr>
        <w:pStyle w:val="ListNumber"/>
      </w:pPr>
      <w:r>
        <w:t>Faites relire par votre consultant ou une personne de confiance.</w:t>
      </w:r>
    </w:p>
    <w:p>
      <w:pPr>
        <w:pStyle w:val="ListNumber"/>
      </w:pPr>
      <w:r>
        <w:t>Ajustez et finalisez votre conclusion.</w:t>
      </w:r>
    </w:p>
    <w:p>
      <w:pPr>
        <w:pStyle w:val="Heading1"/>
      </w:pPr>
      <w:r>
        <w:t>Structure de la conclusion</w:t>
      </w:r>
    </w:p>
    <w:p>
      <w:r>
        <w:t>Une conclusion efficace comprend : un rappel du contexte, une synthèse des découvertes, une formulation du projet professionnel, et les actions à entreprendre. Le modèle ci-dessous vous guide pas à pas.</w:t>
      </w:r>
    </w:p>
    <w:p>
      <w:pPr>
        <w:pStyle w:val="Heading1"/>
      </w:pPr>
      <w:r>
        <w:t>Conseils de rédaction</w:t>
      </w:r>
    </w:p>
    <w:p>
      <w:r>
        <w:t>Soyez honnête et précis. Utilisez des exemples concrets pour illustrer vos compétences. Exprimez vos motivations avec authenticité. Évitez les généralités.</w:t>
      </w:r>
    </w:p>
    <w:p>
      <w:pPr>
        <w:pStyle w:val="Heading1"/>
      </w:pPr>
      <w:r>
        <w:t>Modèle prêt à adapter</w:t>
      </w:r>
    </w:p>
    <w:p>
      <w:r>
        <w:t>CONCLUSION DU BILAN DE COMPÉTENCES Prénom Nom : [Prénom] [Nom] Date : [Date] 1. RAPPEL DU CONTEXTE J'ai réalisé mon bilan de compétences du [Date début] au [Date fin] dans le cadre de [motif : reconversion, évolution, etc.]. Ce bilan m'a permis de faire le point sur mon parcours, mes compétences et mes aspirations. 2. SYNTHÈSE DES DÉCOUVERTES Compétences clés : - [Compétence 1] : [Exemple concret] - [Compétence 2] : [Exemple concret] - [Compétence 3] : [Exemple concret] Valeurs professionnelles : [Valeurs] Motivations : [Motivations] Points de vigilance : [Points à travailler] 3. PROJET PROFESSIONNEL Mon projet professionnel est de [description du projet : métier, secteur, type de contrat]. Ce projet correspond à mes compétences et à mes valeurs car [justification]. 4. PLAN D'ACTION - Action 1 : [Description] – Échéance : [Date] - Action 2 : [Description] – Échéance : [Date] - Action 3 : [Description] – Échéance : [Date] 5. CONCLUSION FINALE Ce bilan de compétences m'a permis de [bénéfice principal]. Je me sens désormais [sentiment] et prêt(e) à [prochaine étape]. Je remercie [nom du consultant] pour son accompagnement. Fait le [Date], à [Lieu] Signature : [Signature]</w:t>
      </w:r>
    </w:p>
    <w:p>
      <w:pPr>
        <w:pStyle w:val="Heading1"/>
      </w:pPr>
      <w:r>
        <w:t>Checklist</w:t>
      </w:r>
    </w:p>
    <w:p>
      <w:r>
        <w:t>☐ Le contexte du bilan est rappelé.</w:t>
      </w:r>
    </w:p>
    <w:p>
      <w:r>
        <w:t>☐ Les compétences clés sont listées avec des exemples.</w:t>
      </w:r>
    </w:p>
    <w:p>
      <w:r>
        <w:t>☐ Les valeurs et motivations sont clairement exprimées.</w:t>
      </w:r>
    </w:p>
    <w:p>
      <w:r>
        <w:t>☐ Le projet professionnel est réaliste et cohérent.</w:t>
      </w:r>
    </w:p>
    <w:p>
      <w:r>
        <w:t>☐ Le plan d'action est précis avec des échéances.</w:t>
      </w:r>
    </w:p>
    <w:p>
      <w:r>
        <w:t>☐ La conclusion est personnalisée et authentique.</w:t>
      </w:r>
    </w:p>
    <w:p>
      <w:r>
        <w:t>☐ Le document est relu et corrigé.</w:t>
      </w:r>
    </w:p>
    <w:p>
      <w:r>
        <w:t>☐ Le ton est positif et tourné vers l'avenir.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longueur idéale d'une conclusion de bilan de compétences ?</w:t>
      </w:r>
    </w:p>
    <w:p>
      <w:r>
        <w:t>Il n'y a pas de règle stricte, mais une page à une page et demie est généralement suffisante. L'important est d'être synthétique et percutant.</w:t>
      </w:r>
    </w:p>
    <w:p>
      <w:r>
        <w:rPr>
          <w:b/>
        </w:rPr>
        <w:t>Dois-je inclure des éléments négatifs dans ma conclusion ?</w:t>
      </w:r>
    </w:p>
    <w:p>
      <w:r>
        <w:t>Oui, il est honnête de mentionner les points de vigilance ou les difficultés rencontrées, mais en les présentant comme des axes de progrès. Cela montre votre capacité d'analyse.</w:t>
      </w:r>
    </w:p>
    <w:p>
      <w:r>
        <w:rPr>
          <w:b/>
        </w:rPr>
        <w:t>Puis-je utiliser ce modèle pour un bilan de compétences réalisé avec un organisme ?</w:t>
      </w:r>
    </w:p>
    <w:p>
      <w:r>
        <w:t>Oui, ce modèle est un support. Votre consultant peut vous fournir des directives spécifiques. Adaptez-le en conséquence.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