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compte rendu médical PDF : exemple et téléchargement</w:t>
      </w:r>
    </w:p>
    <w:p>
      <w:r>
        <w:t>Ce modèle de compte rendu médical vous permet de structurer vos observations de manière claire et professionnelle. Il est adaptable à différentes spécialités et situations. Téléchargez-le et personnalisez-le selon vos besoins.</w:t>
      </w:r>
    </w:p>
    <w:p>
      <w:r>
        <w:rPr>
          <w:b/>
        </w:rPr>
        <w:t>Ce document est un modèle générique à titre illustratif. Il ne remplace pas les recommandations des autorités sanitaires ni les exigences légales. Chaque compte rendu doit être rédigé par un professionnel de santé compétent, en respectant les règles de confidentialité et les bonnes pratiques.</w:t>
      </w:r>
    </w:p>
    <w:p>
      <w:pPr>
        <w:pStyle w:val="Heading1"/>
      </w:pPr>
      <w:r>
        <w:t>Mode d'emploi</w:t>
      </w:r>
    </w:p>
    <w:p>
      <w:pPr>
        <w:pStyle w:val="ListNumber"/>
      </w:pPr>
      <w:r>
        <w:t>Téléchargez le modèle de compte rendu médical ci-dessous.</w:t>
      </w:r>
    </w:p>
    <w:p>
      <w:pPr>
        <w:pStyle w:val="ListNumber"/>
      </w:pPr>
      <w:r>
        <w:t>Remplissez les informations patient et les données cliniques.</w:t>
      </w:r>
    </w:p>
    <w:p>
      <w:pPr>
        <w:pStyle w:val="ListNumber"/>
      </w:pPr>
      <w:r>
        <w:t>Assurez-vous que le document est signé et daté.</w:t>
      </w:r>
    </w:p>
    <w:p>
      <w:pPr>
        <w:pStyle w:val="ListNumber"/>
      </w:pPr>
      <w:r>
        <w:t>Transmettez-le au patient ou au médecin traitant selon les règles en vigueur.</w:t>
      </w:r>
    </w:p>
    <w:p>
      <w:pPr>
        <w:pStyle w:val="Heading1"/>
      </w:pPr>
      <w:r>
        <w:t>Informations à inclure</w:t>
      </w:r>
    </w:p>
    <w:p>
      <w:r>
        <w:t>Un compte rendu médical doit contenir : l'identité du patient, la date, le motif de consultation, l'anamnèse, l'examen clinique, les examens complémentaires, le diagnostic, les traitements prescrits, et les consignes de suivi.</w:t>
      </w:r>
    </w:p>
    <w:p>
      <w:pPr>
        <w:pStyle w:val="Heading1"/>
      </w:pPr>
      <w:r>
        <w:t>Précautions</w:t>
      </w:r>
    </w:p>
    <w:p>
      <w:r>
        <w:t>Veillez à la confidentialité des données. Utilisez un langage professionnel et objectif. Évitez les informations non pertinentes. Si vous utilisez un modèle, adaptez-le à votre spécialité et à la situation.</w:t>
      </w:r>
    </w:p>
    <w:p>
      <w:pPr>
        <w:pStyle w:val="Heading1"/>
      </w:pPr>
      <w:r>
        <w:t>Modèle prêt à adapter</w:t>
      </w:r>
    </w:p>
    <w:p>
      <w:r>
        <w:t>COMPTE RENDU MÉDICAL Patient : [Nom Prénom] Date de naissance : [Date] Numéro de dossier : [Numéro] Date de l'examen : [Date] Médecin : [Nom du médecin] Spécialité : [Spécialité] MOTIF DE CONSULTATION : [Motif] ANAMNÈSE : [Antécédents, histoire de la maladie] EXAMEN CLINIQUE : [Constantes, inspection, palpation, etc.] EXAMENS COMPLÉMENTAIRES : [Résultats d'analyses, imagerie, etc.] DIAGNOSTIC : [Diagnostic retenu] TRAITEMENT PRESCRIT : [Médicaments, posologie, durée] CONSIGNES ET SUIVI : [Recommandations, rendez-vous de contrôle] Fait à [Ville], le [Date] Signature : [Nom du médecin]</w:t>
      </w:r>
    </w:p>
    <w:p>
      <w:pPr>
        <w:pStyle w:val="Heading1"/>
      </w:pPr>
      <w:r>
        <w:t>Checklist</w:t>
      </w:r>
    </w:p>
    <w:p>
      <w:r>
        <w:t>☐ J'ai vérifié l'identité du patient.</w:t>
      </w:r>
    </w:p>
    <w:p>
      <w:r>
        <w:t>☐ J'ai daté le document.</w:t>
      </w:r>
    </w:p>
    <w:p>
      <w:r>
        <w:t>☐ J'ai inclus toutes les sections obligatoires.</w:t>
      </w:r>
    </w:p>
    <w:p>
      <w:r>
        <w:t>☐ J'ai utilisé un langage clair et professionnel.</w:t>
      </w:r>
    </w:p>
    <w:p>
      <w:r>
        <w:t>☐ J'ai respecté la confidentialité.</w:t>
      </w:r>
    </w:p>
    <w:p>
      <w:r>
        <w:t>☐ J'ai signé et apposé mon cachet si nécessaire.</w:t>
      </w:r>
    </w:p>
    <w:p>
      <w:r>
        <w:t>☐ J'ai transmis le document au bon destinataire.</w:t>
      </w:r>
    </w:p>
    <w:p>
      <w:pPr>
        <w:pStyle w:val="Heading1"/>
      </w:pPr>
      <w:r>
        <w:t>Questions fréquentes</w:t>
      </w:r>
    </w:p>
    <w:p>
      <w:r>
        <w:rPr>
          <w:b/>
        </w:rPr>
        <w:t>Qui peut rédiger un compte rendu médical ?</w:t>
      </w:r>
    </w:p>
    <w:p>
      <w:r>
        <w:t>Seul un professionnel de santé habilité (médecin, sage-femme, etc.) peut rédiger un compte rendu médical. Ce document engage sa responsabilité.</w:t>
      </w:r>
    </w:p>
    <w:p>
      <w:r>
        <w:rPr>
          <w:b/>
        </w:rPr>
        <w:t>Dois-je utiliser un modèle standardisé ?</w:t>
      </w:r>
    </w:p>
    <w:p>
      <w:r>
        <w:t>Il n'existe pas de modèle unique obligatoire. Cependant, utiliser un modèle structuré facilite la lecture et la traçabilité. Adaptez-le à votre spécialité.</w:t>
      </w:r>
    </w:p>
    <w:p>
      <w:r>
        <w:rPr>
          <w:b/>
        </w:rPr>
        <w:t>Comment garantir la confidentialité ?</w:t>
      </w:r>
    </w:p>
    <w:p>
      <w:r>
        <w:t>Respectez le secret médical, utilisez des canaux sécurisés pour transmettre le document, et conservez-le dans le dossier patient conformément à la réglementation.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