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 pratique : Exemple de Présentation lors d’un Entretien d’Embauche</w:t>
      </w:r>
    </w:p>
    <w:p>
      <w:r>
        <w:t>Cette ressource vous fournit un modèle complet de présentation pour un entretien d'embauche, avec un exemple concret, des consignes d'utilisation et un fichier téléchargeable. Personnalisez-le avec votre parcours et vos compétences pour réussir votre pitch.</w:t>
      </w:r>
    </w:p>
    <w:p>
      <w:r>
        <w:rPr>
          <w:b/>
        </w:rPr>
        <w:t>Ce modèle est un guide général. Adaptez-le à votre situation et au poste visé. Les informations fournies sont illustratives et ne garantissent pas l'obtention d'un emploi.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modèle ou copiez le texte ci-dessous.</w:t>
      </w:r>
    </w:p>
    <w:p>
      <w:pPr>
        <w:pStyle w:val="ListNumber"/>
      </w:pPr>
      <w:r>
        <w:t>Remplacez les informations entre crochets par les vôtres.</w:t>
      </w:r>
    </w:p>
    <w:p>
      <w:pPr>
        <w:pStyle w:val="ListNumber"/>
      </w:pPr>
      <w:r>
        <w:t>Entraînez-vous à voix haute en respectant la durée conseillée (2-3 minutes).</w:t>
      </w:r>
    </w:p>
    <w:p>
      <w:pPr>
        <w:pStyle w:val="ListNumber"/>
      </w:pPr>
      <w:r>
        <w:t>Personnalisez les exemples en fonction de l'entreprise et du poste.</w:t>
      </w:r>
    </w:p>
    <w:p>
      <w:pPr>
        <w:pStyle w:val="ListNumber"/>
      </w:pPr>
      <w:r>
        <w:t>Relisez et ajustez pour que le ton soit naturel et confiant.</w:t>
      </w:r>
    </w:p>
    <w:p>
      <w:pPr>
        <w:pStyle w:val="Heading1"/>
      </w:pPr>
      <w:r>
        <w:t>Structure de la présentation</w:t>
      </w:r>
    </w:p>
    <w:p>
      <w:r>
        <w:t>Une présentation efficace dure 2 à 3 minutes et suit cette structure : 1. Accroche (qui vous êtes, poste visé). 2. Parcours professionnel (expériences clés en lien avec le poste). 3. Compétences et réalisations (2-3 points forts avec exemples). 4. Motivation (pourquoi ce poste et cette entreprise). 5. Conclusion (remerciement et ouverture).</w:t>
      </w:r>
    </w:p>
    <w:p>
      <w:pPr>
        <w:pStyle w:val="Heading1"/>
      </w:pPr>
      <w:r>
        <w:t>Exemple rempli</w:t>
      </w:r>
    </w:p>
    <w:p>
      <w:r>
        <w:t>Voici un exemple pour un poste de chargé de marketing digital : « Bonjour, je suis Marie Dupont, et je candidate au poste de chargée de marketing digital. J'ai 5 ans d'expérience en marketing, dont 3 ans spécialisés dans le digital. Chez [Entreprise précédente], j'ai augmenté le trafic web de 40% en 6 mois grâce à une stratégie de contenu. Je maîtrise les outils SEO, Google Analytics et les campagnes sur les réseaux sociaux. Ce qui m'attire chez [Entreprise cible], c'est votre innovation et votre culture collaborative. Je souhaite mettre mon expertise au service de vos projets. Merci de votre attention, je suis disponible pour échanger. »</w:t>
      </w:r>
    </w:p>
    <w:p>
      <w:pPr>
        <w:pStyle w:val="Heading1"/>
      </w:pPr>
      <w:r>
        <w:t>Modèle prêt à adapter</w:t>
      </w:r>
    </w:p>
    <w:p>
      <w:r>
        <w:t>Modèle de présentation pour entretien d'embauche [Prénom Nom] [Adresse] [Téléphone] [Email] Présentation (à adapter) Bonjour, je m'appelle [Prénom Nom], et je candidate au poste de [Intitulé du poste]. J'ai [Nombre] ans d'expérience dans [Domaine]. Mon parcours m'a permis de développer des compétences en [Compétence 1], [Compétence 2] et [Compétence 3]. Parmi mes réalisations, je peux citer [Réalisation 1] chez [Entreprise précédente], où j'ai [Résultat chiffré]. J'ai également [Réalisation 2] qui a permis [Impact]. Ce qui me motive à rejoindre [Entreprise cible], c'est [Raison 1] et [Raison 2]. Je suis convaincu(e) que mon profil correspond à vos besoins. Je vous remercie de votre attention. Je reste à votre disposition pour échanger plus en détail sur ma candidature.</w:t>
      </w:r>
    </w:p>
    <w:p>
      <w:pPr>
        <w:pStyle w:val="Heading1"/>
      </w:pPr>
      <w:r>
        <w:t>Checklist</w:t>
      </w:r>
    </w:p>
    <w:p>
      <w:r>
        <w:t>☐ J'ai personnalisé toutes les informations entre crochets.</w:t>
      </w:r>
    </w:p>
    <w:p>
      <w:r>
        <w:t>☐ Ma présentation dure entre 2 et 3 minutes.</w:t>
      </w:r>
    </w:p>
    <w:p>
      <w:r>
        <w:t>☐ J'ai inclus au moins une réalisation chiffrée.</w:t>
      </w:r>
    </w:p>
    <w:p>
      <w:r>
        <w:t>☐ J'ai mentionné pourquoi cette entreprise m'intéresse.</w:t>
      </w:r>
    </w:p>
    <w:p>
      <w:r>
        <w:t>☐ J'ai relu mon texte pour éviter les fautes.</w:t>
      </w:r>
    </w:p>
    <w:p>
      <w:r>
        <w:t>☐ Je me suis entraîné(e) à voix haute plusieurs fois.</w:t>
      </w:r>
    </w:p>
    <w:p>
      <w:r>
        <w:t>☐ J'ai préparé une version courte (30 secondes) si demandé.</w:t>
      </w:r>
    </w:p>
    <w:p>
      <w:pPr>
        <w:pStyle w:val="Heading1"/>
      </w:pPr>
      <w:r>
        <w:t>Questions fréquentes</w:t>
      </w:r>
    </w:p>
    <w:p>
      <w:r>
        <w:rPr>
          <w:b/>
        </w:rPr>
        <w:t>Combien de temps doit durer ma présentation ?</w:t>
      </w:r>
    </w:p>
    <w:p>
      <w:r>
        <w:t>En général, 2 à 3 minutes suffisent. Préparez aussi une version de 30 secondes pour les entretiens plus rapides. Le but est d'être concis et percutant.</w:t>
      </w:r>
    </w:p>
    <w:p>
      <w:r>
        <w:rPr>
          <w:b/>
        </w:rPr>
        <w:t>Que faire si je n'ai pas d'expérience dans le domaine ?</w:t>
      </w:r>
    </w:p>
    <w:p>
      <w:r>
        <w:t>Mettez en avant vos compétences transférables, vos projets personnels, vos stages ou votre formation. Montrez votre motivation et votre capacité à apprendre rapidement.</w:t>
      </w:r>
    </w:p>
    <w:p>
      <w:r>
        <w:rPr>
          <w:b/>
        </w:rPr>
        <w:t>Dois-je apprendre ma présentation par cœur ?</w:t>
      </w:r>
    </w:p>
    <w:p>
      <w:r>
        <w:t>Il est conseillé de bien connaître les points clés, mais évitez de réciter mot pour mot. Entraînez-vous à la dire naturellement, avec des variations, pour paraître spontané.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