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Ressource pratique : Dossier Gestion Des Risques : Exemple Pratique Pour BTS</w:t>
      </w:r>
    </w:p>
    <w:p>
      <w:r>
        <w:t>Cette ressource vous fournit un exemple complet de dossier de gestion des risques pour le BTS GPME, avec une version remplie, une version vierge, des consignes détaillées et des fichiers téléchargeables. Utilisez-la comme support pour construire votre propre dossier.</w:t>
      </w:r>
    </w:p>
    <w:p>
      <w:r>
        <w:rPr>
          <w:b/>
        </w:rPr>
        <w:t>Cet exemple est fourni à titre pédagogique. Adaptez-le à votre entreprise et à votre situation. Pour un usage professionnel, faites valider par votre tuteur ou votre professeur.</w:t>
      </w:r>
    </w:p>
    <w:p>
      <w:pPr>
        <w:pStyle w:val="Heading1"/>
      </w:pPr>
      <w:r>
        <w:t>Mode d'emploi</w:t>
      </w:r>
    </w:p>
    <w:p>
      <w:pPr>
        <w:pStyle w:val="ListNumber"/>
      </w:pPr>
      <w:r>
        <w:t>Téléchargez le modèle de dossier (version vierge) et l'exemple rempli.</w:t>
      </w:r>
    </w:p>
    <w:p>
      <w:pPr>
        <w:pStyle w:val="ListNumber"/>
      </w:pPr>
      <w:r>
        <w:t>Lisez les consignes fournies pour comprendre chaque partie du dossier.</w:t>
      </w:r>
    </w:p>
    <w:p>
      <w:pPr>
        <w:pStyle w:val="ListNumber"/>
      </w:pPr>
      <w:r>
        <w:t>Analysez l'exemple rempli pour voir comment les risques sont identifiés, évalués et traités.</w:t>
      </w:r>
    </w:p>
    <w:p>
      <w:pPr>
        <w:pStyle w:val="ListNumber"/>
      </w:pPr>
      <w:r>
        <w:t>Utilisez la version vierge pour créer votre propre dossier, en vous basant sur votre entreprise d'accueil.</w:t>
      </w:r>
    </w:p>
    <w:p>
      <w:pPr>
        <w:pStyle w:val="ListNumber"/>
      </w:pPr>
      <w:r>
        <w:t>Faites relire votre dossier par votre professeur ou tuteur avant de le rendre.</w:t>
      </w:r>
    </w:p>
    <w:p>
      <w:pPr>
        <w:pStyle w:val="Heading1"/>
      </w:pPr>
      <w:r>
        <w:t>Contenu du dossier</w:t>
      </w:r>
    </w:p>
    <w:p>
      <w:r>
        <w:t>Le dossier type comprend : une page de garde, une introduction présentant l'entreprise, une identification des risques (internes et externes), une évaluation (probabilité et impact), un plan de traitement (prévention, protection, transfert), et une conclusion. L'exemple rempli concerne une PME de services informatiques.</w:t>
      </w:r>
    </w:p>
    <w:p>
      <w:pPr>
        <w:pStyle w:val="Heading1"/>
      </w:pPr>
      <w:r>
        <w:t>Méthodologie</w:t>
      </w:r>
    </w:p>
    <w:p>
      <w:r>
        <w:t>Pour chaque risque, vous devez : le décrire, évaluer sa probabilité et son impact (échelle de 1 à 5), calculer la criticité (probabilité x impact), proposer des actions de traitement, et définir des indicateurs de suivi. Utilisez des outils comme la matrice des risques.</w:t>
      </w:r>
    </w:p>
    <w:p>
      <w:pPr>
        <w:pStyle w:val="Heading1"/>
      </w:pPr>
      <w:r>
        <w:t>Modèle prêt à adapter</w:t>
      </w:r>
    </w:p>
    <w:p>
      <w:r>
        <w:t>Modèle de dossier de gestion des risques (version vierge) : [Votre Nom] [Votre Prénom] - BTS GPME Dossier de gestion des risques Entreprise : [Nom de l'entreprise] 1. Présentation de l'entreprise - Secteur d'activité : [Secteur] - Effectif : [Effectif] - Processus clés : [Processus] 2. Identification des risques - Risque 1 : [Description] - Risque 2 : [Description] - ... 3. Évaluation des risques - Pour chaque risque : probabilité (1-5), impact (1-5), criticité (P x I) 4. Plan de traitement - Pour chaque risque : actions de prévention, protection, transfert, ou acceptation 5. Suivi et indicateurs - Indicateurs : [Indicateurs] 6. Conclusion Date : [Date] Signature : [Signature]</w:t>
      </w:r>
    </w:p>
    <w:p>
      <w:pPr>
        <w:pStyle w:val="Heading1"/>
      </w:pPr>
      <w:r>
        <w:t>Checklist</w:t>
      </w:r>
    </w:p>
    <w:p>
      <w:r>
        <w:t>☐ Page de garde avec vos nom, prénom, classe et entreprise</w:t>
      </w:r>
    </w:p>
    <w:p>
      <w:r>
        <w:t>☐ Introduction présentant l'entreprise et son contexte</w:t>
      </w:r>
    </w:p>
    <w:p>
      <w:r>
        <w:t>☐ Identification d'au moins 5 risques pertinents</w:t>
      </w:r>
    </w:p>
    <w:p>
      <w:r>
        <w:t>☐ Évaluation de chaque risque avec probabilité et impact</w:t>
      </w:r>
    </w:p>
    <w:p>
      <w:r>
        <w:t>☐ Matrice des risques ou tableau de criticité</w:t>
      </w:r>
    </w:p>
    <w:p>
      <w:r>
        <w:t>☐ Plan de traitement avec actions concrètes</w:t>
      </w:r>
    </w:p>
    <w:p>
      <w:r>
        <w:t>☐ Indicateurs de suivi pour chaque risque</w:t>
      </w:r>
    </w:p>
    <w:p>
      <w:r>
        <w:t>☐ Conclusion et remerciements</w:t>
      </w:r>
    </w:p>
    <w:p>
      <w:r>
        <w:t>☐ Sources et références (si utilisées)</w:t>
      </w:r>
    </w:p>
    <w:p>
      <w:r>
        <w:t>☐ Relecture et validation par le professeur</w:t>
      </w:r>
    </w:p>
    <w:p>
      <w:pPr>
        <w:pStyle w:val="Heading1"/>
      </w:pPr>
      <w:r>
        <w:t>Questions fréquentes</w:t>
      </w:r>
    </w:p>
    <w:p>
      <w:r>
        <w:rPr>
          <w:b/>
        </w:rPr>
        <w:t>Quels types de risques dois-je inclure ?</w:t>
      </w:r>
    </w:p>
    <w:p>
      <w:r>
        <w:t>Incluez des risques internes (opérationnels, financiers, humains) et externes (économiques, juridiques, environnementaux). Par exemple : panne informatique, départ d'un salarié clé, hausse des coûts, changement de réglementation.</w:t>
      </w:r>
    </w:p>
    <w:p>
      <w:r>
        <w:rPr>
          <w:b/>
        </w:rPr>
        <w:t>Comment évaluer la criticité d'un risque ?</w:t>
      </w:r>
    </w:p>
    <w:p>
      <w:r>
        <w:t>Utilisez une échelle de 1 à 5 pour la probabilité et l'impact. Multipliez les deux pour obtenir la criticité. Plus le score est élevé, plus le risque est critique. Vous pouvez ensuite classer les risques par ordre de priorité.</w:t>
      </w:r>
    </w:p>
    <w:p>
      <w:r>
        <w:rPr>
          <w:b/>
        </w:rPr>
        <w:t>Puis-je utiliser cet exemple pour mon dossier ?</w:t>
      </w:r>
    </w:p>
    <w:p>
      <w:r>
        <w:t>Oui, mais adaptez-le à votre entreprise. L'exemple est un support pédagogique, pas un modèle à copier tel quel. Personnalisez chaque partie avec des données réelles de votre entreprise.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