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 pratique : Demande De Devis Par Mail : Exemple Gratuit À Télécharger</w:t>
      </w:r>
    </w:p>
    <w:p>
      <w:r>
        <w:t>Cette ressource vous fournit un modèle de demande de devis par mail, prêt à copier et à personnaliser. Vous y trouverez également une structure détaillée, un exemple rempli et des conseils pour obtenir une réponse rapide.</w:t>
      </w:r>
    </w:p>
    <w:p>
      <w:r>
        <w:rPr>
          <w:b/>
        </w:rPr>
        <w:t>Les informations fournies sont à titre d'exemple. Adaptez-les à votre situation et vérifiez les coordonnées du destinataire avant envoi.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Copiez le modèle de mail ci-dessous.</w:t>
      </w:r>
    </w:p>
    <w:p>
      <w:pPr>
        <w:pStyle w:val="ListNumber"/>
      </w:pPr>
      <w:r>
        <w:t>Personnalisez les champs entre crochets : votre nom, le nom de l'entreprise, les détails de la demande.</w:t>
      </w:r>
    </w:p>
    <w:p>
      <w:pPr>
        <w:pStyle w:val="ListNumber"/>
      </w:pPr>
      <w:r>
        <w:t>Relisez et vérifiez l'orthographe, puis envoyez à l'adresse appropriée.</w:t>
      </w:r>
    </w:p>
    <w:p>
      <w:pPr>
        <w:pStyle w:val="Heading1"/>
      </w:pPr>
      <w:r>
        <w:t>Structure d'une demande de devis efficace</w:t>
      </w:r>
    </w:p>
    <w:p>
      <w:r>
        <w:t>Objet clair et précis, formule de politesse, présentation de votre besoin (produit/service, quantité, délai), demande de prix et de conditions, coordonnées complètes.</w:t>
      </w:r>
    </w:p>
    <w:p>
      <w:pPr>
        <w:pStyle w:val="Heading1"/>
      </w:pPr>
      <w:r>
        <w:t>Conseils pour une réponse rapide</w:t>
      </w:r>
    </w:p>
    <w:p>
      <w:r>
        <w:t>Soyez précis dans votre demande, indiquez une date limite si nécessaire, et proposez une disponibilité pour un échange téléphonique.</w:t>
      </w:r>
    </w:p>
    <w:p>
      <w:pPr>
        <w:pStyle w:val="Heading1"/>
      </w:pPr>
      <w:r>
        <w:t>Modèle prêt à adapter</w:t>
      </w:r>
    </w:p>
    <w:p>
      <w:r>
        <w:t>Objet : Demande de devis pour [produit/service] Bonjour [Nom du contact ou Service Commercial], Je me permets de vous contacter afin d'obtenir un devis pour [description précise du besoin, ex. la fourniture de 100 cartons d'emballage personnalisés]. Voici les informations nécessaires : - Produit/service souhaité : [détails] - Quantité estimée : [quantité] - Délai souhaité : [date] - Livraison : [adresse de livraison] Pourriez-vous me faire parvenir votre meilleure offre, en précisant les conditions de paiement et les délais de livraison ? Je reste à votre disposition pour toute précision complémentaire. Vous pouvez me joindre au [votre téléphone] ou par email à [votre email]. Dans l'attente de votre réponse, je vous remercie par avance. Cordialement, [Votre prénom et nom] [Votre société] [Votre adresse] [Votre téléphone] [Votre email]</w:t>
      </w:r>
    </w:p>
    <w:p>
      <w:pPr>
        <w:pStyle w:val="Heading1"/>
      </w:pPr>
      <w:r>
        <w:t>Checklist</w:t>
      </w:r>
    </w:p>
    <w:p>
      <w:r>
        <w:t>☐ Objet clair et précis</w:t>
      </w:r>
    </w:p>
    <w:p>
      <w:r>
        <w:t>☐ Présentation de votre besoin avec détails</w:t>
      </w:r>
    </w:p>
    <w:p>
      <w:r>
        <w:t>☐ Quantité et délais indiqués</w:t>
      </w:r>
    </w:p>
    <w:p>
      <w:r>
        <w:t>☐ Coordonnées complètes</w:t>
      </w:r>
    </w:p>
    <w:p>
      <w:r>
        <w:t>☐ Formule de politesse</w:t>
      </w:r>
    </w:p>
    <w:p>
      <w:r>
        <w:t>☐ Relecture avant envoi</w:t>
      </w:r>
    </w:p>
    <w:p>
      <w:pPr>
        <w:pStyle w:val="Heading1"/>
      </w:pPr>
      <w:r>
        <w:t>Questions fréquentes</w:t>
      </w:r>
    </w:p>
    <w:p>
      <w:r>
        <w:rPr>
          <w:b/>
        </w:rPr>
        <w:t>Dois-je joindre des documents à ma demande ?</w:t>
      </w:r>
    </w:p>
    <w:p>
      <w:r>
        <w:t>Si vous avez des plans, cahier des charges ou spécifications, joignez-les en pièce jointe. Cela permet au fournisseur de vous faire un devis plus précis.</w:t>
      </w:r>
    </w:p>
    <w:p>
      <w:r>
        <w:rPr>
          <w:b/>
        </w:rPr>
        <w:t>Quel délai pour recevoir une réponse ?</w:t>
      </w:r>
    </w:p>
    <w:p>
      <w:r>
        <w:t>En général, les entreprises répondent sous 48 à 72 heures ouvrées. Si vous avez un besoin urgent, mentionnez-le dans l'objet ou le corps du mail.</w:t>
      </w:r>
    </w:p>
    <w:p>
      <w:r>
        <w:rPr>
          <w:b/>
        </w:rPr>
        <w:t>Puis-je envoyer une demande de devis à plusieurs fournisseurs ?</w:t>
      </w:r>
    </w:p>
    <w:p>
      <w:r>
        <w:t>Oui, c'est même recommandé pour comparer les offres. Personnalisez chaque mail pour montrer votre intérêt.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