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Comment créer un menu équilibré : principes et exemples</w:t>
      </w:r>
    </w:p>
    <w:p>
      <w:r>
        <w:t>Construire un menu équilibré ne demande pas de compétences particulières, mais de connaître quelques principes simples. Ce guide vous explique comment composer des repas variés et savoureux, avec des exemples concrets à adapter selon vos goûts et vos besoins.</w:t>
      </w:r>
    </w:p>
    <w:p>
      <w:r>
        <w:rPr>
          <w:b/>
        </w:rPr>
        <w:t>Ces informations sont données à titre indicatif et ne remplacent pas un avis médical ou diététique personnalisé. En cas de problème de santé ou d'objectif spécifique, consultez un professionnel de santé.</w:t>
      </w:r>
    </w:p>
    <w:p>
      <w:pPr>
        <w:pStyle w:val="Heading1"/>
      </w:pPr>
      <w:r>
        <w:t>Mode d'emploi</w:t>
      </w:r>
    </w:p>
    <w:p>
      <w:pPr>
        <w:pStyle w:val="ListNumber"/>
      </w:pPr>
      <w:r>
        <w:t>Identifiez vos besoins : tenez compte de votre âge, sexe, activité physique et éventuels objectifs (perte de poids, maintien, prise de masse).</w:t>
      </w:r>
    </w:p>
    <w:p>
      <w:pPr>
        <w:pStyle w:val="ListNumber"/>
      </w:pPr>
      <w:r>
        <w:t>Choisissez une assiette type : la moitié de légumes, un quart de protéines (viande, poisson, œufs, légumineuses), un quart de féculents complets (riz, pâtes, pain, pommes de terre).</w:t>
      </w:r>
    </w:p>
    <w:p>
      <w:pPr>
        <w:pStyle w:val="ListNumber"/>
      </w:pPr>
      <w:r>
        <w:t>Variez les sources de protéines : alternez entre viandes, poissons, œufs et légumineuses pour couvrir les apports en acides aminés essentiels.</w:t>
      </w:r>
    </w:p>
    <w:p>
      <w:pPr>
        <w:pStyle w:val="ListNumber"/>
      </w:pPr>
      <w:r>
        <w:t>Incluez des matières grasses de qualité : huile d'olive, colza, noix, avocat, en quantité modérée.</w:t>
      </w:r>
    </w:p>
    <w:p>
      <w:pPr>
        <w:pStyle w:val="ListNumber"/>
      </w:pPr>
      <w:r>
        <w:t>Pensez aux fruits et produits laitiers : un fruit par repas, et un produit laitier (ou une alternative enrichie) par jour.</w:t>
      </w:r>
    </w:p>
    <w:p>
      <w:pPr>
        <w:pStyle w:val="ListNumber"/>
      </w:pPr>
      <w:r>
        <w:t>Équilibrez sur la journée : ne sautez pas de repas, et prévoyez des collations si nécessaire pour éviter les fringales.</w:t>
      </w:r>
    </w:p>
    <w:p>
      <w:pPr>
        <w:pStyle w:val="Heading1"/>
      </w:pPr>
      <w:r>
        <w:t>Les principes de base d'un repas équilibré</w:t>
      </w:r>
    </w:p>
    <w:p>
      <w:r>
        <w:t>Un repas équilibré doit apporter des nutriments essentiels : protéines pour la construction musculaire, glucides complexes pour l'énergie, lipides pour le bon fonctionnement cellulaire, vitamines et minéraux. La proportion idéale est souvent présentée comme : 1/2 assiette de légumes, 1/4 de protéines, 1/4 de féculents. Cette répartition permet de se sentir rassasié tout en contrôlant l'apport calorique. Il est également important de boire de l'eau tout au long de la journée et de limiter les aliments ultra-transformés.</w:t>
      </w:r>
    </w:p>
    <w:p>
      <w:pPr>
        <w:pStyle w:val="Heading1"/>
      </w:pPr>
      <w:r>
        <w:t>Exemples de menus pour une journée</w:t>
      </w:r>
    </w:p>
    <w:p>
      <w:r>
        <w:t>Petit-déjeuner : un bol de flocons d'avoine avec du lait, une poignée de fruits rouges et quelques amandes. Déjeuner : une salade composée avec du poulet grillé, des crudités, du maïs, des tomates, et une vinaigrette à l'huile d'olive. Dîner : un filet de saumon, du riz complet, des brocolis vapeur et une compote de pommes. Ce menu est riche en fibres, protéines et oméga-3, tout en étant simple à préparer.</w:t>
      </w:r>
    </w:p>
    <w:p>
      <w:pPr>
        <w:pStyle w:val="Heading1"/>
      </w:pPr>
      <w:r>
        <w:t>Modèle prêt à adapter</w:t>
      </w:r>
    </w:p>
    <w:p>
      <w:r>
        <w:t>MODÈLE DE MENU ÉQUILIBRÉ Jour : [Jour de la semaine] Petit-déjeuner : - Boisson chaude : [Thé, café, etc.] - Céréales ou pain : [Flocons d'avoine, pain complet, etc.] - Produit laitier ou alternative : [Lait, yaourt, fromage blanc] - Fruit : [Fruit de saison] Déjeuner : - Légumes : [Crudités ou légumes cuits] - Protéines : [Viande, poisson, œufs, légumineuses] - Féculents : [Riz, pâtes, pommes de terre] - Matière grasse : [Huile d'olive, noix, etc.] - Produit laitier : [Yaourt, fromage] Dîner : - Soupe ou salade : [Potage, salade verte] - Protéines : [Poisson, volaille, tofu] - Légumes : [Légumes de saison] - Féculents (si besoin) : [Pommes de terre, quinoa] - Produit laitier : [Fromage blanc, faisselle] Collation éventuelle : [Fruit, oléagineux, laitage] Remarques : [Notes sur les quantités, les alternatives, etc.]</w:t>
      </w:r>
    </w:p>
    <w:p>
      <w:pPr>
        <w:pStyle w:val="Heading1"/>
      </w:pPr>
      <w:r>
        <w:t>Checklist</w:t>
      </w:r>
    </w:p>
    <w:p>
      <w:r>
        <w:t>☐ Inclure des légumes à chaque repas</w:t>
      </w:r>
    </w:p>
    <w:p>
      <w:r>
        <w:t>☐ Choisir des féculents complets</w:t>
      </w:r>
    </w:p>
    <w:p>
      <w:r>
        <w:t>☐ Varier les sources de protéines</w:t>
      </w:r>
    </w:p>
    <w:p>
      <w:r>
        <w:t>☐ Limiter les aliments gras, sucrés et salés</w:t>
      </w:r>
    </w:p>
    <w:p>
      <w:r>
        <w:t>☐ Boire au moins 1,5 litre d'eau par jour</w:t>
      </w:r>
    </w:p>
    <w:p>
      <w:r>
        <w:t>☐ Prévoir une portion de fruits par jour</w:t>
      </w:r>
    </w:p>
    <w:p>
      <w:r>
        <w:t>☐ Utiliser des matières grasses de qualité</w:t>
      </w:r>
    </w:p>
    <w:p>
      <w:r>
        <w:t>☐ Éviter de sauter des repas</w:t>
      </w:r>
    </w:p>
    <w:p>
      <w:pPr>
        <w:pStyle w:val="Heading1"/>
      </w:pPr>
      <w:r>
        <w:t>Questions fréquentes</w:t>
      </w:r>
    </w:p>
    <w:p>
      <w:r>
        <w:rPr>
          <w:b/>
        </w:rPr>
        <w:t>Quelle est la différence entre un repas équilibré et un repas diététique ?</w:t>
      </w:r>
    </w:p>
    <w:p>
      <w:r>
        <w:t>Un repas équilibré vise à fournir tous les nutriments nécessaires dans les bonnes proportions, sans forcément restreindre les calories. Un repas diététique est souvent conçu pour un objectif spécifique, comme la perte de poids, et peut être plus restrictif. Un repas équilibré peut être diététique s'il est adapté en quantité.</w:t>
      </w:r>
    </w:p>
    <w:p>
      <w:r>
        <w:rPr>
          <w:b/>
        </w:rPr>
        <w:t>Comment composer un menu équilibré pour un végétarien ?</w:t>
      </w:r>
    </w:p>
    <w:p>
      <w:r>
        <w:t>Pour un végétarien, il faut remplacer la viande et le poisson par des légumineuses (lentilles, pois chiches), du tofu, du tempeh, des œufs ou des produits laitiers. Il est important de combiner les sources de protéines pour avoir tous les acides aminés, par exemple en associant céréales et légumineuses.</w:t>
      </w:r>
    </w:p>
    <w:p>
      <w:r>
        <w:rPr>
          <w:b/>
        </w:rPr>
        <w:t>Est-ce que je peux manger des pâtes le soir sans grossir ?</w:t>
      </w:r>
    </w:p>
    <w:p>
      <w:r>
        <w:t>Oui, il est possible de manger des pâtes le soir, à condition de contrôler les portions et de les accompagner de légumes et de protéines maigres. Choisissez des pâtes complètes et évitez les sauces trop grasses. Le soir, on privilégie des repas plus légers, mais les féculents ne sont pas interdits.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