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Modèle de Compte Rendu Médical : Guide et Exemple Rempli</w:t>
      </w:r>
    </w:p>
    <w:p>
      <w:r>
        <w:t>Ce modèle de compte rendu médical vous aide à structurer vos rapports de manière claire et professionnelle. Il inclut un exemple complet pour vous guider, des consignes de rédaction et un fichier téléchargeable. Adaptez-le à votre pratique tout en respectant les règles de confidentialité et les exigences légales.</w:t>
      </w:r>
    </w:p>
    <w:p>
      <w:r>
        <w:rPr>
          <w:b/>
        </w:rPr>
        <w:t>AVERTISSEMENT : Ce document est fourni à titre d'exemple et ne remplace pas l'avis d'un professionnel de santé. Il ne constitue pas un document médical officiel. Avant toute utilisation, faites valider le modèle par un professionnel compétent (médecin, juriste spécialisé, etc.) et conformez-vous à la réglementation en vigueur (RGPD, secret médical, etc.).</w:t>
      </w:r>
    </w:p>
    <w:p>
      <w:pPr>
        <w:pStyle w:val="Heading1"/>
      </w:pPr>
      <w:r>
        <w:t>Mode d'emploi</w:t>
      </w:r>
    </w:p>
    <w:p>
      <w:pPr>
        <w:pStyle w:val="ListNumber"/>
      </w:pPr>
      <w:r>
        <w:t>Renseignez l'identité du patient et les informations administratives en tête de document.</w:t>
      </w:r>
    </w:p>
    <w:p>
      <w:pPr>
        <w:pStyle w:val="ListNumber"/>
      </w:pPr>
      <w:r>
        <w:t>Décrivez le motif de consultation ou d'hospitalisation de manière concise.</w:t>
      </w:r>
    </w:p>
    <w:p>
      <w:pPr>
        <w:pStyle w:val="ListNumber"/>
      </w:pPr>
      <w:r>
        <w:t>Consignez les antécédents, les traitements en cours et les allergies pertinents.</w:t>
      </w:r>
    </w:p>
    <w:p>
      <w:pPr>
        <w:pStyle w:val="ListNumber"/>
      </w:pPr>
      <w:r>
        <w:t>Notez les résultats de l'examen clinique et des examens complémentaires.</w:t>
      </w:r>
    </w:p>
    <w:p>
      <w:pPr>
        <w:pStyle w:val="ListNumber"/>
      </w:pPr>
      <w:r>
        <w:t>Formulez le diagnostic ou les hypothèses diagnostiques.</w:t>
      </w:r>
    </w:p>
    <w:p>
      <w:pPr>
        <w:pStyle w:val="ListNumber"/>
      </w:pPr>
      <w:r>
        <w:t>Précisez les traitements prescrits, les conseils et le suivi prévu.</w:t>
      </w:r>
    </w:p>
    <w:p>
      <w:pPr>
        <w:pStyle w:val="Heading1"/>
      </w:pPr>
      <w:r>
        <w:t>Structure du compte rendu médical</w:t>
      </w:r>
    </w:p>
    <w:p>
      <w:r>
        <w:t>Un compte rendu médical efficace comprend généralement : l'identité du patient, la date, le motif, les antécédents, l'examen clinique, les examens complémentaires, le diagnostic, les traitements, les consignes et le suivi. Il doit être daté et signé par le médecin. Utilisez un langage précis et factuel, évitez les jugements de valeur.</w:t>
      </w:r>
    </w:p>
    <w:p>
      <w:pPr>
        <w:pStyle w:val="Heading1"/>
      </w:pPr>
      <w:r>
        <w:t>Exemple de compte rendu médical rempli</w:t>
      </w:r>
    </w:p>
    <w:p>
      <w:r>
        <w:t>Voici un exemple fictif pour illustrer la structure. Les informations sont inventées et ne correspondent à aucune personne réelle. Utilisez-le comme base pour créer vos propres comptes rendus.</w:t>
      </w:r>
    </w:p>
    <w:p>
      <w:pPr>
        <w:pStyle w:val="Heading1"/>
      </w:pPr>
      <w:r>
        <w:t>Modèle prêt à adapter</w:t>
      </w:r>
    </w:p>
    <w:p>
      <w:r>
        <w:t>COMPTE RENDU MÉDICAL Date : [Date] Identité du patient : Nom : [Nom] Prénom : [Prénom] Date de naissance : [Date de naissance] N° de sécurité sociale : [Numéro] Motif de consultation : [Description du motif] Antécédents : - Médicaux : [Antécédents] - Chirurgicaux : [Antécédents] - Allergies : [Allergies] - Traitements en cours : [Médicaments] Examen clinique : - Constantes : [Tension, pouls, température] - Examen général : [Description] - Examen par appareil : [Description] Examens complémentaires : - Biologie : [Résultats] - Imagerie : [Résultats] - Autres : [Résultats] Diagnostic : [Diagnostic principal et diagnostics associés] Traitements prescrits : - Médicaments : [Nom, posologie] - Autres : [Kinésithérapie, etc.] Conseils et consignes : [Recommandations hygiéno-diététiques, arrêt de travail, etc.] Suivi : [Prochaine consultation, examens à refaire, etc.] Fait à [Ville], le [Date] Signature et cachet du médecin : [Signature]</w:t>
      </w:r>
    </w:p>
    <w:p>
      <w:pPr>
        <w:pStyle w:val="Heading1"/>
      </w:pPr>
      <w:r>
        <w:t>Checklist</w:t>
      </w:r>
    </w:p>
    <w:p>
      <w:r>
        <w:t>☐ Vérifier l'identité du patient et la date</w:t>
      </w:r>
    </w:p>
    <w:p>
      <w:r>
        <w:t>☐ Inclure le motif de consultation</w:t>
      </w:r>
    </w:p>
    <w:p>
      <w:r>
        <w:t>☐ Lister les antécédents et allergies</w:t>
      </w:r>
    </w:p>
    <w:p>
      <w:r>
        <w:t>☐ Décrire l'examen clinique</w:t>
      </w:r>
    </w:p>
    <w:p>
      <w:r>
        <w:t>☐ Joindre les résultats des examens complémentaires</w:t>
      </w:r>
    </w:p>
    <w:p>
      <w:r>
        <w:t>☐ Énoncer le diagnostic</w:t>
      </w:r>
    </w:p>
    <w:p>
      <w:r>
        <w:t>☐ Préciser les traitements prescrits</w:t>
      </w:r>
    </w:p>
    <w:p>
      <w:r>
        <w:t>☐ Donner des conseils et le suivi</w:t>
      </w:r>
    </w:p>
    <w:p>
      <w:r>
        <w:t>☐ Signer et dater le document</w:t>
      </w:r>
    </w:p>
    <w:p>
      <w:r>
        <w:t>☐ Respecter la confidentialité</w:t>
      </w:r>
    </w:p>
    <w:p>
      <w:pPr>
        <w:pStyle w:val="Heading1"/>
      </w:pPr>
      <w:r>
        <w:t>Questions fréquentes</w:t>
      </w:r>
    </w:p>
    <w:p>
      <w:r>
        <w:rPr>
          <w:b/>
        </w:rPr>
        <w:t>Quelle est la différence entre un compte rendu médical et une ordonnance ?</w:t>
      </w:r>
    </w:p>
    <w:p>
      <w:r>
        <w:t>Un compte rendu médical est un document récapitulatif d'une consultation ou d'une hospitalisation, détaillant les informations cliniques, le diagnostic et le plan de soins. Une ordonnance est un document spécifique prescrivant des médicaments ou des examens. Le compte rendu peut inclure les prescriptions, mais il est plus global.</w:t>
      </w:r>
    </w:p>
    <w:p>
      <w:r>
        <w:rPr>
          <w:b/>
        </w:rPr>
        <w:t>Dois-je utiliser un modèle standard pour tous mes comptes rendus ?</w:t>
      </w:r>
    </w:p>
    <w:p>
      <w:r>
        <w:t>Un modèle standard facilite la rédaction et assure une certaine uniformité, mais il doit être adapté à chaque spécialité et à chaque situation. Il est important de personnaliser le contenu pour refléter précisément l'état du patient et les soins prodigués.</w:t>
      </w:r>
    </w:p>
    <w:p>
      <w:r>
        <w:rPr>
          <w:b/>
        </w:rPr>
        <w:t>Quelles sont les obligations légales concernant la conservation des comptes rendus médicaux ?</w:t>
      </w:r>
    </w:p>
    <w:p>
      <w:r>
        <w:t>Les obligations légales varient selon les pays et les juridictions. En général, les dossiers médicaux doivent être conservés pendant une durée minimale (par exemple, 20 ans en France). Il est essentiel de se renseigner auprès des autorités compétentes et de respecter les règles de confidentialité et de protection des données.</w:t>
      </w:r>
    </w:p>
    <w:p>
      <w:r>
        <w:t>Ressource créée par TopExemples.fr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