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Compte Rendu De Réunion Association Exemple : Modèle</w:t>
      </w:r>
    </w:p>
    <w:p>
      <w:r>
        <w:t>Ce modèle de compte rendu de réunion pour association vous permet de consigner efficacement les discussions, décisions et actions. Il est fourni en version DOCX modifiable, PDF et copiable. Utilisez-le pour vos prochaines réunions.</w:t>
      </w:r>
    </w:p>
    <w:p>
      <w:r>
        <w:rPr>
          <w:b/>
        </w:rPr>
        <w:t>Ce modèle est un exemple générique. Adaptez-le à la spécificité de votre association et faites-le valider par le bureau si nécessaire.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DOCX ou PDF, ou copiez le texte ci-dessous.</w:t>
      </w:r>
    </w:p>
    <w:p>
      <w:pPr>
        <w:pStyle w:val="ListNumber"/>
      </w:pPr>
      <w:r>
        <w:t>Remplissez les informations entre crochets avec les détails de votre réunion.</w:t>
      </w:r>
    </w:p>
    <w:p>
      <w:pPr>
        <w:pStyle w:val="ListNumber"/>
      </w:pPr>
      <w:r>
        <w:t>Distribuez le compte rendu aux participants et aux personnes concernées.</w:t>
      </w:r>
    </w:p>
    <w:p>
      <w:pPr>
        <w:pStyle w:val="ListNumber"/>
      </w:pPr>
      <w:r>
        <w:t>Archivez une copie pour le suivi.</w:t>
      </w:r>
    </w:p>
    <w:p>
      <w:pPr>
        <w:pStyle w:val="Heading1"/>
      </w:pPr>
      <w:r>
        <w:t>Contenu du modèle</w:t>
      </w:r>
    </w:p>
    <w:p>
      <w:r>
        <w:t>Le modèle comprend les sections : en-tête (association, date, lieu), participants, ordre du jour, compte rendu des échanges, décisions prises, actions à suivre, prochaine réunion. Il est structuré pour être clair et facile à remplir.</w:t>
      </w:r>
    </w:p>
    <w:p>
      <w:pPr>
        <w:pStyle w:val="Heading1"/>
      </w:pPr>
      <w:r>
        <w:t>Exemple rempli</w:t>
      </w:r>
    </w:p>
    <w:p>
      <w:r>
        <w:t>Vous trouverez ci-dessous un exemple rempli pour vous inspirer. Il montre comment articuler les informations.</w:t>
      </w:r>
    </w:p>
    <w:p>
      <w:pPr>
        <w:pStyle w:val="Heading1"/>
      </w:pPr>
      <w:r>
        <w:t>Modèle prêt à adapter</w:t>
      </w:r>
    </w:p>
    <w:p>
      <w:r>
        <w:t>COMPTE RENDU DE RÉUNION Association : [Nom de l'association] Date : [Date] Lieu : [Lieu] Heure de début : [Heure] - Heure de fin : [Heure] Participants : - [Prénom Nom] (Président) - [Prénom Nom] (Secrétaire) - [Prénom Nom] (Trésorier) - [Prénom Nom] Excusés : [Liste] Ordre du jour : 1. [Point 1] 2. [Point 2] 3. [Point 3] Déroulement de la réunion : Point 1 : [Titre] [Compte rendu des échanges : résumé des discussions, points de vue exprimés] Point 2 : [Titre] [Compte rendu] Point 3 : [Titre] [Compte rendu] Décisions prises : - Décision 1 : [Description] - Décision 2 : [Description] Actions à suivre : | Action | Responsable | Échéance | |--------|-------------|----------| | [Action 1] | [Nom] | [Date] | | [Action 2] | [Nom] | [Date] | Prochaine réunion : [Date] à [Heure] au [Lieu] Rédigé par : [Nom] Date de rédaction : [Date] Approuvé par : [Nom]</w:t>
      </w:r>
    </w:p>
    <w:p>
      <w:pPr>
        <w:pStyle w:val="Heading1"/>
      </w:pPr>
      <w:r>
        <w:t>Checklist</w:t>
      </w:r>
    </w:p>
    <w:p>
      <w:r>
        <w:t>☐ Nom de l'association et date</w:t>
      </w:r>
    </w:p>
    <w:p>
      <w:r>
        <w:t>☐ Liste des participants et excusés</w:t>
      </w:r>
    </w:p>
    <w:p>
      <w:r>
        <w:t>☐ Ordre du jour</w:t>
      </w:r>
    </w:p>
    <w:p>
      <w:r>
        <w:t>☐ Compte rendu des échanges</w:t>
      </w:r>
    </w:p>
    <w:p>
      <w:r>
        <w:t>☐ Décisions prises</w:t>
      </w:r>
    </w:p>
    <w:p>
      <w:r>
        <w:t>☐ Actions à suivre avec responsables et échéances</w:t>
      </w:r>
    </w:p>
    <w:p>
      <w:r>
        <w:t>☐ Date de la prochaine réunion</w:t>
      </w:r>
    </w:p>
    <w:p>
      <w:r>
        <w:t>☐ Signature et approbation</w:t>
      </w:r>
    </w:p>
    <w:p>
      <w:pPr>
        <w:pStyle w:val="Heading1"/>
      </w:pPr>
      <w:r>
        <w:t>Questions fréquentes</w:t>
      </w:r>
    </w:p>
    <w:p>
      <w:r>
        <w:rPr>
          <w:b/>
        </w:rPr>
        <w:t>Qui doit rédiger le compte rendu ?</w:t>
      </w:r>
    </w:p>
    <w:p>
      <w:r>
        <w:t>Généralement, le secrétaire de l'association est chargé de la rédaction. En son absence, un autre membre peut être désigné. Il est important que le rédacteur soit présent à la réunion pour noter les points clés.</w:t>
      </w:r>
    </w:p>
    <w:p>
      <w:r>
        <w:rPr>
          <w:b/>
        </w:rPr>
        <w:t>Comment envoyer le compte rendu ?</w:t>
      </w:r>
    </w:p>
    <w:p>
      <w:r>
        <w:t>Le compte rendu doit être envoyé par email à tous les participants et aux personnes concernées dans les jours suivant la réunion. Il peut aussi être publié sur l'espace membre de l'association.</w:t>
      </w:r>
    </w:p>
    <w:p>
      <w:r>
        <w:rPr>
          <w:b/>
        </w:rPr>
        <w:t>Que faire si un participant conteste le compte rendu ?</w:t>
      </w:r>
    </w:p>
    <w:p>
      <w:r>
        <w:t>Il est recommandé de recueillir les remarques et de corriger le compte rendu si nécessaire. Une version finale peut être validée lors de la réunion suivante.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