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Créer une signature manuscrite : guide pas à pas et modèles</w:t>
      </w:r>
    </w:p>
    <w:p>
      <w:r>
        <w:t>Une signature manuscrite est un élément d'identité unique. Ce guide vous aide à créer la vôtre, que ce soit pour vos documents personnels ou professionnels. Suivez les étapes et inspirez-vous des modèles.</w:t>
      </w:r>
    </w:p>
    <w:p>
      <w:r>
        <w:rPr>
          <w:b/>
        </w:rPr>
        <w:t>Ce guide est purement informatif. La validité juridique d'une signature dépend du contexte. Pour les documents officiels, respectez les règles en vigueur.</w:t>
      </w:r>
    </w:p>
    <w:p>
      <w:pPr>
        <w:pStyle w:val="Heading1"/>
      </w:pPr>
      <w:r>
        <w:t>Mode d'emploi</w:t>
      </w:r>
    </w:p>
    <w:p>
      <w:pPr>
        <w:pStyle w:val="ListNumber"/>
      </w:pPr>
      <w:r>
        <w:t>Choisissez un style : lisible, artistique, ou mixte. Observez vos initiales et votre nom complet.</w:t>
      </w:r>
    </w:p>
    <w:p>
      <w:pPr>
        <w:pStyle w:val="ListNumber"/>
      </w:pPr>
      <w:r>
        <w:t>Sélectionnez un outil : stylo à bille, plume, feutre, ou tablette graphique pour une version numérique.</w:t>
      </w:r>
    </w:p>
    <w:p>
      <w:pPr>
        <w:pStyle w:val="ListNumber"/>
      </w:pPr>
      <w:r>
        <w:t>Entraînez-vous sur papier : répétez les mouvements, variez la vitesse et la pression.</w:t>
      </w:r>
    </w:p>
    <w:p>
      <w:pPr>
        <w:pStyle w:val="ListNumber"/>
      </w:pPr>
      <w:r>
        <w:t>Ajoutez des éléments personnels : boucle, trait, soulignement, ou une lettre accentuée.</w:t>
      </w:r>
    </w:p>
    <w:p>
      <w:pPr>
        <w:pStyle w:val="ListNumber"/>
      </w:pPr>
      <w:r>
        <w:t>Simplifiez : une signature trop complexe est difficile à reproduire. Gardez un geste fluide.</w:t>
      </w:r>
    </w:p>
    <w:p>
      <w:pPr>
        <w:pStyle w:val="ListNumber"/>
      </w:pPr>
      <w:r>
        <w:t>Testez sur différents documents : papier, écran, pour vérifier la lisibilité.</w:t>
      </w:r>
    </w:p>
    <w:p>
      <w:pPr>
        <w:pStyle w:val="Heading1"/>
      </w:pPr>
      <w:r>
        <w:t>Pourquoi créer une signature manuscrite ?</w:t>
      </w:r>
    </w:p>
    <w:p>
      <w:r>
        <w:t>Une signature manuscrite authentifie vos documents et reflète votre personnalité. Elle est souvent exigée pour les contrats, les chèques, et les actes administratifs. Une signature bien conçue est difficile à imiter.</w:t>
      </w:r>
    </w:p>
    <w:p>
      <w:pPr>
        <w:pStyle w:val="Heading1"/>
      </w:pPr>
      <w:r>
        <w:t>Techniques pour un tracé régulier</w:t>
      </w:r>
    </w:p>
    <w:p>
      <w:r>
        <w:t>Tenez le stylo sans serrer, utilisez votre avant-bras pour les grands mouvements, et vos doigts pour les détails. Entraînez-vous à tracer des boucles et des lignes obliques. La régularité vient avec la pratique.</w:t>
      </w:r>
    </w:p>
    <w:p>
      <w:pPr>
        <w:pStyle w:val="Heading1"/>
      </w:pPr>
      <w:r>
        <w:t>Modèle prêt à adapter</w:t>
      </w:r>
    </w:p>
    <w:p>
      <w:r>
        <w:t>MODÈLES DE SIGNATURES (à recopier et adapter) Modèle 1 : Initiales entrelacées - Écrivez vos initiales en majuscules, puis reliez-les par une boucle. - Exemple : J.D. -&gt; J entouré d'une boucle, D avec un trait horizontal. Modèle 2 : Nom complet lisible - Écrivez votre nom en cursive, ajoutez un soulignement ondulé. - Exemple : Marie Dupont -&gt; M a r i e D u p o n t, avec un trait sous le nom. Modèle 3 : Signature artistique - Utilisez une lettre majuscule exagérée, puis une ligne sinueuse. - Exemple : A. Martin -&gt; grand A, puis vague sous le reste. Modèle 4 : Signature avec paraphe - Tracez une boucle au début, écrivez votre nom, terminez par une boucle inversée. - Exemple : P. Durand -&gt; boucle, P, puis "Durand" avec une boucle finale. Entraînez-vous sur une feuille blanche, puis choisissez celle qui vous ressemble.</w:t>
      </w:r>
    </w:p>
    <w:p>
      <w:pPr>
        <w:pStyle w:val="Heading1"/>
      </w:pPr>
      <w:r>
        <w:t>Checklist</w:t>
      </w:r>
    </w:p>
    <w:p>
      <w:r>
        <w:t>☐ Choisir un style (lisible, artistique, mixte)</w:t>
      </w:r>
    </w:p>
    <w:p>
      <w:r>
        <w:t>☐ Sélectionner un outil adapté</w:t>
      </w:r>
    </w:p>
    <w:p>
      <w:r>
        <w:t>☐ S'entraîner régulièrement</w:t>
      </w:r>
    </w:p>
    <w:p>
      <w:r>
        <w:t>☐ Tester la lisibilité</w:t>
      </w:r>
    </w:p>
    <w:p>
      <w:r>
        <w:t>☐ Vérifier la cohérence entre les signatures</w:t>
      </w:r>
    </w:p>
    <w:p>
      <w:r>
        <w:t>☐ Penser à la version numérique (scanner, tablette)</w:t>
      </w:r>
    </w:p>
    <w:p>
      <w:r>
        <w:t>☐ S'assurer que la signature est difficile à imiter</w:t>
      </w:r>
    </w:p>
    <w:p>
      <w:r>
        <w:t>☐ Pratiquer sur différents supports</w:t>
      </w:r>
    </w:p>
    <w:p>
      <w:pPr>
        <w:pStyle w:val="Heading1"/>
      </w:pPr>
      <w:r>
        <w:t>Questions fréquentes</w:t>
      </w:r>
    </w:p>
    <w:p>
      <w:r>
        <w:rPr>
          <w:b/>
        </w:rPr>
        <w:t>Puis-je utiliser une signature électronique ?</w:t>
      </w:r>
    </w:p>
    <w:p>
      <w:r>
        <w:t>Oui, la signature électronique est de plus en plus reconnue, mais elle doit respecter certaines normes pour être valide. Pour une signature manuscrite numérisée, vous pouvez scanner votre signature et l'insérer dans vos documents.</w:t>
      </w:r>
    </w:p>
    <w:p>
      <w:r>
        <w:rPr>
          <w:b/>
        </w:rPr>
        <w:t>Comment rendre ma signature difficile à imiter ?</w:t>
      </w:r>
    </w:p>
    <w:p>
      <w:r>
        <w:t>Ajoutez des éléments personnels comme une boucle spécifique, un trait oblique, ou une lettre accentuée. Évitez les motifs trop simples. La régularité et la fluidité sont aussi des facteurs de sécurité.</w:t>
      </w:r>
    </w:p>
    <w:p>
      <w:r>
        <w:rPr>
          <w:b/>
        </w:rPr>
        <w:t>Que faire si je change de signature ?</w:t>
      </w:r>
    </w:p>
    <w:p>
      <w:r>
        <w:t>Vous pouvez changer de signature à tout moment, mais il est conseillé d'en informer votre banque et les organismes concernés. Sur les documents officiels, utilisez toujours la même signature pour éviter les litiges.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