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Checklist Réponse Appel d'Offre : La Liste Complète à Télécharger</w:t>
      </w:r>
    </w:p>
    <w:p>
      <w:r>
        <w:t>Cette checklist vous accompagne pas à pas dans la préparation de votre réponse à un appel d'offre. Téléchargez-la en PDF, imprimez-la et cochez chaque étape pour ne rien oublier, de l'analyse à la soumission.</w:t>
      </w:r>
    </w:p>
    <w:p>
      <w:r>
        <w:rPr>
          <w:b/>
        </w:rPr>
        <w:t>Cette checklist est un outil d'aide à la préparation. Elle ne garantit pas l'obtention du marché. Adaptez-la aux exigences spécifiques de chaque appel d'offre.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la checklist PDF ci-dessous.</w:t>
      </w:r>
    </w:p>
    <w:p>
      <w:pPr>
        <w:pStyle w:val="ListNumber"/>
      </w:pPr>
      <w:r>
        <w:t>Lisez attentivement l'appel d'offre et notez les dates limites et les exigences.</w:t>
      </w:r>
    </w:p>
    <w:p>
      <w:pPr>
        <w:pStyle w:val="ListNumber"/>
      </w:pPr>
      <w:r>
        <w:t>Suivez la checklist étape par étape : analyse, planification, rédaction, vérification, soumission.</w:t>
      </w:r>
    </w:p>
    <w:p>
      <w:pPr>
        <w:pStyle w:val="ListNumber"/>
      </w:pPr>
      <w:r>
        <w:t>Cochez chaque élément une fois complété.</w:t>
      </w:r>
    </w:p>
    <w:p>
      <w:pPr>
        <w:pStyle w:val="ListNumber"/>
      </w:pPr>
      <w:r>
        <w:t>Faites une relecture finale avant la soumission.</w:t>
      </w:r>
    </w:p>
    <w:p>
      <w:pPr>
        <w:pStyle w:val="Heading1"/>
      </w:pPr>
      <w:r>
        <w:t>Comment utiliser cette checklist ?</w:t>
      </w:r>
    </w:p>
    <w:p>
      <w:r>
        <w:t>La checklist est organisée en cinq phases : analyse de l'appel d'offre, planification, rédaction, vérification et soumission. Pour chaque phase, vous trouverez des points à cocher. Imprimez-la ou gardez-la à portée de main tout au long du processus.</w:t>
      </w:r>
    </w:p>
    <w:p>
      <w:pPr>
        <w:pStyle w:val="Heading1"/>
      </w:pPr>
      <w:r>
        <w:t>Pourquoi une checklist est-elle utile ?</w:t>
      </w:r>
    </w:p>
    <w:p>
      <w:r>
        <w:t>Une checklist vous aide à structurer votre travail, à éviter les oublis et à gagner du temps. Elle vous permet aussi de vérifier que votre réponse est complète et conforme aux exigences avant de l'envoyer.</w:t>
      </w:r>
    </w:p>
    <w:p>
      <w:pPr>
        <w:pStyle w:val="Heading1"/>
      </w:pPr>
      <w:r>
        <w:t>Modèle prêt à adapter</w:t>
      </w:r>
    </w:p>
    <w:p>
      <w:r>
        <w:t>CHECKLIST RÉPONSE APPEL D'OFFRE Phase 1 : Analyse de l'appel d'offre [ ] Lire attentivement le cahier des charges [ ] Identifier les critères d'évaluation [ ] Noter les dates limites (dépôt, questions) [ ] Vérifier les conditions de participation [ ] Lister les documents obligatoires Phase 2 : Planification [ ] Constituer l'équipe projet [ ] Répartir les tâches et les responsabilités [ ] Établir un calendrier interne avec des jalons [ ] Prévoir des marges pour les imprévus [ ] Organiser des réunions de suivi Phase 3 : Rédaction [ ] Rédiger une introduction convaincante [ ] Décrire votre entreprise et vos références [ ] Expliquer votre méthodologie et votre approche [ ] Détaillez votre offre technique et financière [ ] Inclure les pièces justificatives demandées [ ] Adapter le contenu à l'appel d'offre Phase 4 : Vérification [ ] Relire l'ensemble pour les fautes et la cohérence [ ] Vérifier que tous les documents sont inclus [ ] Contrôler le respect des formats et des limites de pages [ ] Valider les calculs et les montants [ ] Faire relire par une personne extérieure Phase 5 : Soumission [ ] Préparer le dossier final (papier ou électronique) [ ] Respecter le mode de transmission demandé [ ] Envoyer avant la date limite [ ] Confirmer la réception par l'acheteur [ ] Conserver une copie de la réponse</w:t>
      </w:r>
    </w:p>
    <w:p>
      <w:pPr>
        <w:pStyle w:val="Heading1"/>
      </w:pPr>
      <w:r>
        <w:t>Checklist</w:t>
      </w:r>
    </w:p>
    <w:p>
      <w:r>
        <w:t>☐ Avoir lu et compris le cahier des charges</w:t>
      </w:r>
    </w:p>
    <w:p>
      <w:r>
        <w:t>☐ Avoir identifié les critères d'évaluation</w:t>
      </w:r>
    </w:p>
    <w:p>
      <w:r>
        <w:t>☐ Avoir noté les dates limites</w:t>
      </w:r>
    </w:p>
    <w:p>
      <w:r>
        <w:t>☐ Avoir constitué une équipe projet</w:t>
      </w:r>
    </w:p>
    <w:p>
      <w:r>
        <w:t>☐ Avoir réparti les tâches</w:t>
      </w:r>
    </w:p>
    <w:p>
      <w:r>
        <w:t>☐ Avoir rédigé une offre technique et financière complète</w:t>
      </w:r>
    </w:p>
    <w:p>
      <w:r>
        <w:t>☐ Avoir inclus tous les documents obligatoires</w:t>
      </w:r>
    </w:p>
    <w:p>
      <w:r>
        <w:t>☐ Avoir relu et vérifié la conformité</w:t>
      </w:r>
    </w:p>
    <w:p>
      <w:r>
        <w:t>☐ Avoir soumis la réponse dans les délais</w:t>
      </w:r>
    </w:p>
    <w:p>
      <w:r>
        <w:t>☐ Avoir conservé une preuve de dépôt</w:t>
      </w:r>
    </w:p>
    <w:p>
      <w:pPr>
        <w:pStyle w:val="Heading1"/>
      </w:pPr>
      <w:r>
        <w:t>Questions fréquentes</w:t>
      </w:r>
    </w:p>
    <w:p>
      <w:r>
        <w:rPr>
          <w:b/>
        </w:rPr>
        <w:t>Que faire si l'appel d'offre est complexe ?</w:t>
      </w:r>
    </w:p>
    <w:p>
      <w:r>
        <w:t>Prenez le temps de bien analyser chaque exigence. N'hésitez pas à poser des questions à l'acheteur dans les délais impartis. La checklist vous aide à ne rien oublier.</w:t>
      </w:r>
    </w:p>
    <w:p>
      <w:r>
        <w:rPr>
          <w:b/>
        </w:rPr>
        <w:t>Puis-je utiliser cette checklist pour tous les appels d'offre ?</w:t>
      </w:r>
    </w:p>
    <w:p>
      <w:r>
        <w:t>Oui, elle est générique, mais adaptez-la aux spécificités de chaque appel d'offre (documents, formats, critères).</w:t>
      </w:r>
    </w:p>
    <w:p>
      <w:r>
        <w:rPr>
          <w:b/>
        </w:rPr>
        <w:t>Comment améliorer mes chances de remporter l'appel d'offre ?</w:t>
      </w:r>
    </w:p>
    <w:p>
      <w:r>
        <w:t>Soyez précis, mettez en avant vos atouts et votre expérience, et respectez scrupuleusement les consignes. Une réponse claire et bien présentée fait bonne impression.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