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Checklist pour créer un portfolio artistique</w:t>
      </w:r>
    </w:p>
    <w:p>
      <w:r>
        <w:t>Cette checklist pratique vous guide pas à pas pour créer un portfolio artistique percutant, de la sélection des œuvres à la mise en ligne. Téléchargez la version PDF pour l'imprimer et la suivre.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la checklist PDF ci-dessous.</w:t>
      </w:r>
    </w:p>
    <w:p>
      <w:pPr>
        <w:pStyle w:val="ListNumber"/>
      </w:pPr>
      <w:r>
        <w:t>Imprimez-la ou gardez-la ouverte sur un second écran.</w:t>
      </w:r>
    </w:p>
    <w:p>
      <w:pPr>
        <w:pStyle w:val="ListNumber"/>
      </w:pPr>
      <w:r>
        <w:t>Suivez chaque étape dans l'ordre, en cochant au fur et à mesure.</w:t>
      </w:r>
    </w:p>
    <w:p>
      <w:pPr>
        <w:pStyle w:val="Heading1"/>
      </w:pPr>
      <w:r>
        <w:t>Pourquoi cette checklist ?</w:t>
      </w:r>
    </w:p>
    <w:p>
      <w:r>
        <w:t>Un portfolio artistique est votre carte de visite professionnelle. Il doit montrer votre style, votre évolution et votre savoir-faire. Cette checklist vous évite d'oublier des éléments essentiels et vous aide à structurer votre démarche.</w:t>
      </w:r>
    </w:p>
    <w:p>
      <w:pPr>
        <w:pStyle w:val="Heading1"/>
      </w:pPr>
      <w:r>
        <w:t>Comment l'utiliser ?</w:t>
      </w:r>
    </w:p>
    <w:p>
      <w:r>
        <w:t>Avant de commencer, rassemblez toutes vos œuvres. Ensuite, suivez les étapes dans l'ordre : sélection, ordre, légendes, mise en page, plateforme. Chaque étape est détaillée dans la checklist. Prenez le temps de peaufiner chaque point.</w:t>
      </w:r>
    </w:p>
    <w:p>
      <w:pPr>
        <w:pStyle w:val="Heading1"/>
      </w:pPr>
      <w:r>
        <w:t>Modèle prêt à adapter</w:t>
      </w:r>
    </w:p>
    <w:p>
      <w:r>
        <w:t>Checklist pour créer un portfolio artistique 1. Sélection des œuvres - [ ] Rassemblez toutes vos œuvres (photos, scans, fichiers numériques). - [ ] Choisissez 10 à 15 pièces fortes qui représentent votre style. - [ ] Assurez-vous que chaque œuvre est finie et de qualité. - [ ] Incluez des travaux récents et quelques pièces plus anciennes pour montrer votre évolution. 2. Ordre des œuvres - [ ] Commencez par une œuvre accrocheuse (la plus forte visuellement). - [ ] Terminez par une œuvre mémorable. - [ ] Variez les médiums et les sujets pour montrer votre polyvalence. - [ ] Évitez de mettre deux œuvres similaires côte à côte. 3. Légendes et informations - [ ] Pour chaque œuvre, notez : titre, année, médium, dimensions. - [ ] Ajoutez une courte description (1-2 phrases) si nécessaire. - [ ] Vérifiez l'orthographe et la cohérence. 4. Mise en page - [ ] Choisissez un format cohérent (PDF, site web, portfolio physique). - [ ] Utilisez une mise en page épurée qui met en valeur les œuvres. - [ ] Équilibrez les pages : pas trop d'œuvres par page. - [ ] Testez la lisibilité sur différents écrans ou impressions. 5. Plateforme et diffusion - [ ] Sélectionnez une plateforme adaptée (Behance, portfolio personnel, etc.). - [ ] Téléchargez les images en haute résolution. - [ ] Rédigez une biographie courte et professionnelle. - [ ] Ajoutez vos coordonnées ou un formulaire de contact. - [ ] Partagez votre portfolio sur les réseaux sociaux. 6. Révision finale - [ ] Demandez l'avis d'un pair ou d'un mentor. - [ ] Vérifiez tous les liens et téléchargements. - [ ] Mettez à jour régulièrement votre portfolio.</w:t>
      </w:r>
    </w:p>
    <w:p>
      <w:pPr>
        <w:pStyle w:val="Heading1"/>
      </w:pPr>
      <w:r>
        <w:t>Checklist</w:t>
      </w:r>
    </w:p>
    <w:p>
      <w:r>
        <w:t>☐ Sélectionner 10 à 15 œuvres fortes</w:t>
      </w:r>
    </w:p>
    <w:p>
      <w:r>
        <w:t>☐ Commencer par une œuvre accrocheuse</w:t>
      </w:r>
    </w:p>
    <w:p>
      <w:r>
        <w:t>☐ Terminer par une œuvre mémorable</w:t>
      </w:r>
    </w:p>
    <w:p>
      <w:r>
        <w:t>☐ Ajouter des légendes complètes (titre, année, médium)</w:t>
      </w:r>
    </w:p>
    <w:p>
      <w:r>
        <w:t>☐ Choisir une mise en page épurée</w:t>
      </w:r>
    </w:p>
    <w:p>
      <w:r>
        <w:t>☐ Tester la lisibilité sur différents supports</w:t>
      </w:r>
    </w:p>
    <w:p>
      <w:r>
        <w:t>☐ Choisir une plateforme adaptée</w:t>
      </w:r>
    </w:p>
    <w:p>
      <w:r>
        <w:t>☐ Rédiger une biographie professionnelle</w:t>
      </w:r>
    </w:p>
    <w:p>
      <w:r>
        <w:t>☐ Partager le portfolio en ligne</w:t>
      </w:r>
    </w:p>
    <w:p>
      <w:r>
        <w:t>☐ Demander un avis extérieur</w:t>
      </w:r>
    </w:p>
    <w:p>
      <w:pPr>
        <w:pStyle w:val="Heading1"/>
      </w:pPr>
      <w:r>
        <w:t>Questions fréquentes</w:t>
      </w:r>
    </w:p>
    <w:p>
      <w:r>
        <w:rPr>
          <w:b/>
        </w:rPr>
        <w:t>Combien d'œuvres dois-je inclure dans mon portfolio ?</w:t>
      </w:r>
    </w:p>
    <w:p>
      <w:r>
        <w:t>Il est recommandé d'inclure entre 10 et 15 pièces de qualité. Cela permet de montrer votre style sans submerger le spectateur. Mieux vaut moins d'œuvres mais toutes excellentes.</w:t>
      </w:r>
    </w:p>
    <w:p>
      <w:r>
        <w:rPr>
          <w:b/>
        </w:rPr>
        <w:t>Dois-je inclure des œuvres anciennes ?</w:t>
      </w:r>
    </w:p>
    <w:p>
      <w:r>
        <w:t>Oui, inclure quelques œuvres plus anciennes peut montrer votre progression, mais assurez-vous qu'elles restent représentatives de votre niveau actuel. L'essentiel est de montrer votre évolution.</w:t>
      </w:r>
    </w:p>
    <w:p>
      <w:r>
        <w:rPr>
          <w:b/>
        </w:rPr>
        <w:t>Quelle plateforme est la meilleure pour un portfolio artistique ?</w:t>
      </w:r>
    </w:p>
    <w:p>
      <w:r>
        <w:t>Cela dépend de votre domaine. Behance est populaire pour le design, Instagram pour la photographie, mais un site personnel offre plus de contrôle. Choisissez celle qui correspond à votre public cible.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