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Checklist de Liste de Mariage à Télécharger (PDF)</w:t>
      </w:r>
    </w:p>
    <w:p>
      <w:r>
        <w:t>Cette ressource vous propose une checklist complète et téléchargeable pour préparer votre liste de mariage. Organisée par catégories, elle vous aidera à ne rien oublier et à personnaliser votre sélection selon vos envies.</w:t>
      </w:r>
    </w:p>
    <w:p>
      <w:r>
        <w:rPr>
          <w:b/>
        </w:rPr>
        <w:t>Conseil : Imprimez cette checklist et cochez au fur et à mesure. Adaptez les montants et articles selon votre budget et vos besoins.</w:t>
      </w:r>
    </w:p>
    <w:p>
      <w:pPr>
        <w:pStyle w:val="Heading1"/>
      </w:pPr>
      <w:r>
        <w:t>Mode d'emploi</w:t>
      </w:r>
    </w:p>
    <w:p>
      <w:pPr>
        <w:pStyle w:val="ListNumber"/>
      </w:pPr>
      <w:r>
        <w:t>Téléchargez le PDF de la checklist ci-dessous.</w:t>
      </w:r>
    </w:p>
    <w:p>
      <w:pPr>
        <w:pStyle w:val="ListNumber"/>
      </w:pPr>
      <w:r>
        <w:t>Imprimez-le ou utilisez-le en version numérique.</w:t>
      </w:r>
    </w:p>
    <w:p>
      <w:pPr>
        <w:pStyle w:val="ListNumber"/>
      </w:pPr>
      <w:r>
        <w:t>Parcourez les catégories et cochez les articles qui vous intéressent.</w:t>
      </w:r>
    </w:p>
    <w:p>
      <w:pPr>
        <w:pStyle w:val="ListNumber"/>
      </w:pPr>
      <w:r>
        <w:t>Ajoutez vos propres idées dans les espaces prévus.</w:t>
      </w:r>
    </w:p>
    <w:p>
      <w:pPr>
        <w:pStyle w:val="ListNumber"/>
      </w:pPr>
      <w:r>
        <w:t>Validez votre sélection finale avec votre partenaire.</w:t>
      </w:r>
    </w:p>
    <w:p>
      <w:pPr>
        <w:pStyle w:val="Heading1"/>
      </w:pPr>
      <w:r>
        <w:t>Comment utiliser cette checklist ?</w:t>
      </w:r>
    </w:p>
    <w:p>
      <w:r>
        <w:t>Cette checklist est conçue pour vous guider dans la création de votre liste de mariage. Elle est divisée en catégories (maison, voyage, expériences, etc.) pour vous aider à diversifier vos choix. Pour chaque article, vous pouvez indiquer la quantité souhaitée et le prioriser. N'hésitez pas à personnaliser en ajoutant vos propres articles dans les lignes vierges.</w:t>
      </w:r>
    </w:p>
    <w:p>
      <w:pPr>
        <w:pStyle w:val="Heading1"/>
      </w:pPr>
      <w:r>
        <w:t>Conseils pour choisir vos articles</w:t>
      </w:r>
    </w:p>
    <w:p>
      <w:r>
        <w:t>Pensez à votre quotidien à deux : quels objets ou expériences amélioreraient votre vie ? Variez les montants pour que tous vos invités puissent participer selon leur budget. Privilégiez des articles durables et utiles. Pensez aussi aux expériences (week-end, repas gastronomique) qui créent des souvenirs.</w:t>
      </w:r>
    </w:p>
    <w:p>
      <w:pPr>
        <w:pStyle w:val="Heading1"/>
      </w:pPr>
      <w:r>
        <w:t>Modèle prêt à adapter</w:t>
      </w:r>
    </w:p>
    <w:p>
      <w:r>
        <w:t>CHECKLIST LISTE DE MARIAGE Date du mariage : [Date] Nom des mariés : [Nom1] et [Nom2] MAISON [ ] Vaisselle complète (assiettes, bols, verres) – Quantité : [Quantité] [ ] Ustensiles de cuisine (casseroles, poêles, couteaux) – Quantité : [Quantité] [ ] Petit électroménager (robot, cafetière, grille-pain) – Quantité : [Quantité] [ ] Linge de maison (draps, serviettes, nappes) – Quantité : [Quantité] [ ] Décoration (cadres, vases, luminaires) – Quantité : [Quantité] [ ] Autre : [Article] – Quantité : [Quantité] VOYAGE [ ] Valises de qualité – Quantité : [Quantité] [ ] Sacs à dos – Quantité : [Quantité] [ ] Accessoires de voyage (adaptateurs, coussins) – Quantité : [Quantité] [ ] Week-end en amoureux – Destination : [Destination] [ ] Autre : [Article] – Quantité : [Quantité] EXPÉRIENCES [ ] Dîner gastronomique – Restaurant : [Nom du restaurant] [ ] Séance de spa – Établissement : [Nom] [ ] Cours de cuisine – Thème : [Thème] [ ] Concert ou spectacle – Artiste : [Nom] [ ] Autre : [Expérience] – Description : [Description] LOISIRS [ ] Livres ou BD – Titres : [Titres] [ ] Jeux de société – Noms : [Noms] [ ] Matériel de sport – Type : [Type] [ ] Abonnement à un magazine – Magazine : [Nom] [ ] Autre : [Article] – Quantité : [Quantité] AUTRES IDÉES [ ] Cagnotte pour un projet commun – Projet : [Projet] [ ] Cadeaux solidaires – Association : [Nom] [ ] Autre : [Article] – Quantité : [Quantité] PENSEZ À : [ ] Discuter avec votre partenaire des priorités [ ] Définir un budget global [ ] Répartir les articles en différentes gammes de prix [ ] Mettre à jour la liste après chaque achat [ ] Remercier les invités pour leur générosité</w:t>
      </w:r>
    </w:p>
    <w:p>
      <w:pPr>
        <w:pStyle w:val="Heading1"/>
      </w:pPr>
      <w:r>
        <w:t>Checklist</w:t>
      </w:r>
    </w:p>
    <w:p>
      <w:r>
        <w:t>☐ Discuter ensemble des besoins réels</w:t>
      </w:r>
    </w:p>
    <w:p>
      <w:r>
        <w:t>☐ Définir un budget global</w:t>
      </w:r>
    </w:p>
    <w:p>
      <w:r>
        <w:t>☐ Choisir des articles variés en prix</w:t>
      </w:r>
    </w:p>
    <w:p>
      <w:r>
        <w:t>☐ Inclure des expériences</w:t>
      </w:r>
    </w:p>
    <w:p>
      <w:r>
        <w:t>☐ Prévoir une cagnotte si souhaité</w:t>
      </w:r>
    </w:p>
    <w:p>
      <w:r>
        <w:t>☐ Répartir les articles par catégories</w:t>
      </w:r>
    </w:p>
    <w:p>
      <w:r>
        <w:t>☐ Vérifier les doublons</w:t>
      </w:r>
    </w:p>
    <w:p>
      <w:r>
        <w:t>☐ Mettre à jour la liste régulièrement</w:t>
      </w:r>
    </w:p>
    <w:p>
      <w:r>
        <w:t>☐ Communiquer la liste aux invités</w:t>
      </w:r>
    </w:p>
    <w:p>
      <w:r>
        <w:t>☐ Prévoir des remerciements</w:t>
      </w:r>
    </w:p>
    <w:p>
      <w:pPr>
        <w:pStyle w:val="Heading1"/>
      </w:pPr>
      <w:r>
        <w:t>Questions fréquentes</w:t>
      </w:r>
    </w:p>
    <w:p>
      <w:r>
        <w:rPr>
          <w:b/>
        </w:rPr>
        <w:t>Comment personnaliser ma liste de mariage ?</w:t>
      </w:r>
    </w:p>
    <w:p>
      <w:r>
        <w:t>Ajoutez des articles qui reflètent vos passions communes : matériel de randonnée, instruments de musique, etc. Vous pouvez aussi proposer une cagnotte pour un projet précis comme un voyage ou un apport immobilier.</w:t>
      </w:r>
    </w:p>
    <w:p>
      <w:r>
        <w:rPr>
          <w:b/>
        </w:rPr>
        <w:t>Quelle est la fourchette de prix idéale pour une liste de mariage ?</w:t>
      </w:r>
    </w:p>
    <w:p>
      <w:r>
        <w:t>Il n'y a pas de règle stricte. Variez les montants de 20 à 200 euros ou plus, afin que chaque invité puisse trouver un cadeau adapté à son budget. L'important est de proposer un éventail de choix.</w:t>
      </w:r>
    </w:p>
    <w:p>
      <w:r>
        <w:rPr>
          <w:b/>
        </w:rPr>
        <w:t>Faut-il inclure des articles de marque ou plutôt des basiques ?</w:t>
      </w:r>
    </w:p>
    <w:p>
      <w:r>
        <w:t>Cela dépend de vos goûts. Les articles de marque peuvent être plus chers, mais ils sont souvent durables. Les basiques sont toujours utiles. Mélangez les deux pour satisfaire tous les profils d'invités.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