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Checklist pour analyser un site web</w:t>
      </w:r>
    </w:p>
    <w:p>
      <w:r>
        <w:t>Cette checklist vous guide pour évaluer un site web de manière structurée, en couvrant les aspects essentiels : performance, SEO, UX, contenu et accessibilité. Cochez chaque point pour identifier les axes d'amélioration.</w:t>
      </w:r>
    </w:p>
    <w:p>
      <w:r>
        <w:rPr>
          <w:b/>
        </w:rPr>
        <w:t>Cette checklist est un outil d'auto-évaluation. Elle ne remplace pas une analyse experte par un professionnel du web.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Parcourez le site en notant vos observations pour chaque catégorie.</w:t>
      </w:r>
    </w:p>
    <w:p>
      <w:pPr>
        <w:pStyle w:val="ListNumber"/>
      </w:pPr>
      <w:r>
        <w:t>Cochez les points qui sont satisfaits et notez les manquements.</w:t>
      </w:r>
    </w:p>
    <w:p>
      <w:pPr>
        <w:pStyle w:val="ListNumber"/>
      </w:pPr>
      <w:r>
        <w:t>Priorisez les actions correctives selon l'impact sur l'expérience utilisateur.</w:t>
      </w:r>
    </w:p>
    <w:p>
      <w:pPr>
        <w:pStyle w:val="Heading1"/>
      </w:pPr>
      <w:r>
        <w:t>Catégories de la checklist</w:t>
      </w:r>
    </w:p>
    <w:p>
      <w:r>
        <w:t>La checklist couvre cinq domaines : performance (vitesse, temps de chargement), SEO (balises, mots-clés), UX (navigation, design), contenu (qualité, pertinence), et accessibilité (contraste, alternatives).</w:t>
      </w:r>
    </w:p>
    <w:p>
      <w:pPr>
        <w:pStyle w:val="Heading1"/>
      </w:pPr>
      <w:r>
        <w:t>Comment utiliser cette checklist ?</w:t>
      </w:r>
    </w:p>
    <w:p>
      <w:r>
        <w:t>Imprimez la checklist ou utilisez-la en version numérique. Pour chaque point, cochez si le critère est respecté. Utilisez les résultats pour planifier des améliorations.</w:t>
      </w:r>
    </w:p>
    <w:p>
      <w:pPr>
        <w:pStyle w:val="Heading1"/>
      </w:pPr>
      <w:r>
        <w:t>Modèle prêt à adapter</w:t>
      </w:r>
    </w:p>
    <w:p>
      <w:r>
        <w:t>Checklist d'analyse d'un site web Date : [Date] Site analysé : [URL] Analyste : [Nom] Performance □ Temps de chargement inférieur à 3 secondes □ Images optimisées (poids, format) □ Utilisation de la mise en cache □ Code minifié (CSS, JS) □ Pas de ressources bloquantes SEO □ Balise title unique et pertinente □ Meta description présente □ Structure H1, H2, H3 cohérente □ URLs lisibles et optimisées □ Attributs alt sur les images □ Plan du site XML UX □ Navigation claire et intuitive □ Hiérarchie visuelle logique □ Boutons d'appel à l'action visibles □ Formulaire simple et rapide □ Site responsive (mobile, tablette) □ Temps de réponse acceptable Contenu □ Contenu original et pertinent □ Orthographe et grammaire correctes □ Informations à jour □ Ton adapté à la cible □ Appels à l'action clairs Accessibilité □ Contrastes suffisants □ Alternatives textuelles pour les images □ Navigation au clavier possible □ Textes redimensionnables □ Balises ARIA si nécessaire Commentaires : [Notes]</w:t>
      </w:r>
    </w:p>
    <w:p>
      <w:pPr>
        <w:pStyle w:val="Heading1"/>
      </w:pPr>
      <w:r>
        <w:t>Checklist</w:t>
      </w:r>
    </w:p>
    <w:p>
      <w:r>
        <w:t>☐ Temps de chargement inférieur à 3 secondes</w:t>
      </w:r>
    </w:p>
    <w:p>
      <w:r>
        <w:t>☐ Images optimisées</w:t>
      </w:r>
    </w:p>
    <w:p>
      <w:r>
        <w:t>☐ Utilisation de la mise en cache</w:t>
      </w:r>
    </w:p>
    <w:p>
      <w:r>
        <w:t>☐ Code minifié</w:t>
      </w:r>
    </w:p>
    <w:p>
      <w:r>
        <w:t>☐ Balise title unique et pertinente</w:t>
      </w:r>
    </w:p>
    <w:p>
      <w:r>
        <w:t>☐ Meta description présente</w:t>
      </w:r>
    </w:p>
    <w:p>
      <w:r>
        <w:t>☐ Structure H1, H2, H3 cohérente</w:t>
      </w:r>
    </w:p>
    <w:p>
      <w:r>
        <w:t>☐ URLs lisibles et optimisées</w:t>
      </w:r>
    </w:p>
    <w:p>
      <w:r>
        <w:t>☐ Attributs alt sur les images</w:t>
      </w:r>
    </w:p>
    <w:p>
      <w:r>
        <w:t>☐ Navigation claire et intuitive</w:t>
      </w:r>
    </w:p>
    <w:p>
      <w:pPr>
        <w:pStyle w:val="Heading1"/>
      </w:pPr>
      <w:r>
        <w:t>Questions fréquentes</w:t>
      </w:r>
    </w:p>
    <w:p>
      <w:r>
        <w:rPr>
          <w:b/>
        </w:rPr>
        <w:t>Quels outils pour mesurer la performance ?</w:t>
      </w:r>
    </w:p>
    <w:p>
      <w:r>
        <w:t>Vous pouvez utiliser des outils en ligne comme Google PageSpeed Insights, GTmetrix ou Pingdom pour obtenir des indicateurs de performance.</w:t>
      </w:r>
    </w:p>
    <w:p>
      <w:r>
        <w:rPr>
          <w:b/>
        </w:rPr>
        <w:t>Comment vérifier l'accessibilité ?</w:t>
      </w:r>
    </w:p>
    <w:p>
      <w:r>
        <w:t>Utilisez des outils comme Lighthouse, WAVE ou Axe pour identifier les problèmes d'accessibilité courants. Testez aussi avec un lecteur d'écran.</w:t>
      </w:r>
    </w:p>
    <w:p>
      <w:r>
        <w:rPr>
          <w:b/>
        </w:rPr>
        <w:t>Cette checklist convient-elle à tous les types de sites ?</w:t>
      </w:r>
    </w:p>
    <w:p>
      <w:r>
        <w:t>Oui, elle est générique et adaptable. Pour des sites spécifiques (e-commerce, blog), vous pouvez ajouter des critères supplémentaires.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