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 pratique : Analyse d'une publicité exemple</w:t>
      </w:r>
    </w:p>
    <w:p>
      <w:r>
        <w:t>Cette ressource vous guide pas à pas pour analyser une publicité, avec un exemple rempli et une version vierge à utiliser pour vos propres analyses. Téléchargez le PDF ou copiez le modèle.</w:t>
      </w:r>
    </w:p>
    <w:p>
      <w:r>
        <w:rPr>
          <w:b/>
        </w:rPr>
        <w:t>Ce document est un outil pédagogique. Les analyses proposées sont des exemples et ne constituent pas une référence officielle.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ou copiez le texte ci-dessous.</w:t>
      </w:r>
    </w:p>
    <w:p>
      <w:pPr>
        <w:pStyle w:val="ListNumber"/>
      </w:pPr>
      <w:r>
        <w:t>Observez la publicité choisie : image, texte, couleurs, composition.</w:t>
      </w:r>
    </w:p>
    <w:p>
      <w:pPr>
        <w:pStyle w:val="ListNumber"/>
      </w:pPr>
      <w:r>
        <w:t>Remplissez chaque section en vous appuyant sur les consignes.</w:t>
      </w:r>
    </w:p>
    <w:p>
      <w:pPr>
        <w:pStyle w:val="ListNumber"/>
      </w:pPr>
      <w:r>
        <w:t>Utilisez l'exemple fourni pour vous inspirer.</w:t>
      </w:r>
    </w:p>
    <w:p>
      <w:pPr>
        <w:pStyle w:val="ListNumber"/>
      </w:pPr>
      <w:r>
        <w:t>Vérifiez que votre analyse couvre les aspects visuels, textuels et contextuels.</w:t>
      </w:r>
    </w:p>
    <w:p>
      <w:pPr>
        <w:pStyle w:val="Heading1"/>
      </w:pPr>
      <w:r>
        <w:t>Exemple d'analyse (publicité fictive)</w:t>
      </w:r>
    </w:p>
    <w:p>
      <w:r>
        <w:t>Prenons une publicité pour une voiture électrique. Visuellement, l'image montre une voiture dans un paysage naturel, avec des couleurs vertes et bleues. Le texte principal est « Roulez vers l'avenir ». L'analyse : la marque associe son produit à l'écologie et à la modernité. Les couleurs évoquent la nature, le slogan suggère le progrès. La cible : les consommateurs soucieux de l'environnement. L'impact : créer une image positive et responsable.</w:t>
      </w:r>
    </w:p>
    <w:p>
      <w:pPr>
        <w:pStyle w:val="Heading1"/>
      </w:pPr>
      <w:r>
        <w:t>Modèle prêt à adapter</w:t>
      </w:r>
    </w:p>
    <w:p>
      <w:r>
        <w:t>MODÈLE D'ANALYSE D'UNE PUBLICITÉ 1. PRÉSENTATION DE LA PUBLICITÉ - Marque / Annonceur : [Nom] - Produit / Service : [Nom] - Support (presse, affiche, TV, web) : [Support] - Date de diffusion (si connue) : [Date] 2. DESCRIPTION OBJECTIVE - Éléments visuels (personnages, objets, décor) : [Description] - Éléments textuels (slogan, accroche, informations) : [Description] - Composition (disposition des éléments, couleurs, formes) : [Description] 3. ANALYSE DU MESSAGE - Message explicite : [Ce qui est dit clairement] - Message implicite : [Ce qui est suggéré] - Valeurs véhiculées : [Valeurs] 4. CIBLE VISÉE - Profil démographique : [Âge, sexe, catégorie socio-professionnelle] - Profil psychographique : [Centres d'intérêt, mode de vie] 5. STRATÉGIE DE COMMUNICATION - Argumentation (rationnelle, émotionnelle) : [Description] - Techniques utilisées (humour, peur, témoignage) : [Description] - Références culturelles ou symboliques : [Description] 6. EFFETS ATTENDUS - Impact sur le consommateur : [Effets] - Objectif de la marque : [Objectif] 7. CONCLUSION PERSONNELLE - Points forts de la publicité : [Points forts] - Points faibles éventuels : [Points faibles] - Avis personnel : [Avis]</w:t>
      </w:r>
    </w:p>
    <w:p>
      <w:pPr>
        <w:pStyle w:val="Heading1"/>
      </w:pPr>
      <w:r>
        <w:t>Checklist</w:t>
      </w:r>
    </w:p>
    <w:p>
      <w:r>
        <w:t>☐ Avez-vous décrit objectivement les éléments visuels ?</w:t>
      </w:r>
    </w:p>
    <w:p>
      <w:r>
        <w:t>☐ Avez-vous identifié le message explicite et implicite ?</w:t>
      </w:r>
    </w:p>
    <w:p>
      <w:r>
        <w:t>☐ Avez-vous analysé les valeurs véhiculées ?</w:t>
      </w:r>
    </w:p>
    <w:p>
      <w:r>
        <w:t>☐ Avez-vous défini la cible avec précision ?</w:t>
      </w:r>
    </w:p>
    <w:p>
      <w:r>
        <w:t>☐ Avez-vous repéré les techniques de communication ?</w:t>
      </w:r>
    </w:p>
    <w:p>
      <w:r>
        <w:t>☐ Avez-vous évalué l'impact probable ?</w:t>
      </w:r>
    </w:p>
    <w:p>
      <w:r>
        <w:t>☐ Avez-vous donné un avis personnel argumenté ?</w:t>
      </w:r>
    </w:p>
    <w:p>
      <w:pPr>
        <w:pStyle w:val="Heading1"/>
      </w:pPr>
      <w:r>
        <w:t>Questions fréquentes</w:t>
      </w:r>
    </w:p>
    <w:p>
      <w:r>
        <w:rPr>
          <w:b/>
        </w:rPr>
        <w:t>Comment choisir une publicité à analyser ?</w:t>
      </w:r>
    </w:p>
    <w:p>
      <w:r>
        <w:t>Choisissez une publicité qui vous intéresse, de préférence récente et visible. Assurez-vous qu'elle comporte des éléments visuels et textuels suffisants pour une analyse riche.</w:t>
      </w:r>
    </w:p>
    <w:p>
      <w:r>
        <w:rPr>
          <w:b/>
        </w:rPr>
        <w:t>Puis-je utiliser ce modèle pour une analyse en classe ?</w:t>
      </w:r>
    </w:p>
    <w:p>
      <w:r>
        <w:t>Oui, ce modèle est conçu pour un usage pédagogique. Il peut être adapté selon le niveau des élèves.</w:t>
      </w:r>
    </w:p>
    <w:p>
      <w:r>
        <w:rPr>
          <w:b/>
        </w:rPr>
        <w:t>Que faire si je ne trouve pas d'information sur la date de diffusion ?</w:t>
      </w:r>
    </w:p>
    <w:p>
      <w:r>
        <w:t>Ce n'est pas un problème. Vous pouvez indiquer « date inconnue » et vous concentrer sur l'analyse des éléments visibles.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